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FEF" w:rsidRPr="002E3FEF" w:rsidRDefault="002E3FEF" w:rsidP="002E3FEF">
      <w:pPr>
        <w:spacing w:after="0" w:line="252" w:lineRule="auto"/>
        <w:jc w:val="center"/>
        <w:rPr>
          <w:szCs w:val="26"/>
        </w:rPr>
      </w:pPr>
      <w:r w:rsidRPr="002E3FEF">
        <w:rPr>
          <w:b/>
          <w:szCs w:val="26"/>
        </w:rPr>
        <w:t>CỘNG HÒA XÃ HỘI CHỦ NGHĨA VIỆT NAM</w:t>
      </w:r>
    </w:p>
    <w:p w:rsidR="002E3FEF" w:rsidRPr="002E3FEF" w:rsidRDefault="002E3FEF" w:rsidP="002E3FEF">
      <w:pPr>
        <w:spacing w:after="0" w:line="252" w:lineRule="auto"/>
        <w:jc w:val="center"/>
        <w:rPr>
          <w:szCs w:val="26"/>
        </w:rPr>
      </w:pPr>
      <w:r w:rsidRPr="002E3FEF">
        <w:rPr>
          <w:b/>
          <w:szCs w:val="26"/>
        </w:rPr>
        <w:t>Độc lập – Tự do – Hạnh phúc</w:t>
      </w:r>
    </w:p>
    <w:p w:rsidR="002E3FEF" w:rsidRPr="002E3FEF" w:rsidRDefault="002E3FEF" w:rsidP="002E3FEF">
      <w:pPr>
        <w:spacing w:after="0" w:line="252" w:lineRule="auto"/>
        <w:jc w:val="right"/>
        <w:rPr>
          <w:i/>
          <w:szCs w:val="26"/>
        </w:rPr>
      </w:pPr>
      <w:r>
        <w:rPr>
          <w:i/>
          <w:noProof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A319F" wp14:editId="43DE45DA">
                <wp:simplePos x="0" y="0"/>
                <wp:positionH relativeFrom="column">
                  <wp:posOffset>1932695</wp:posOffset>
                </wp:positionH>
                <wp:positionV relativeFrom="paragraph">
                  <wp:posOffset>12651</wp:posOffset>
                </wp:positionV>
                <wp:extent cx="198706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0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2F7D2C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pt,1pt" to="308.6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" strokecolor="black [3040]"/>
            </w:pict>
          </mc:Fallback>
        </mc:AlternateContent>
      </w:r>
    </w:p>
    <w:p w:rsidR="002E3FEF" w:rsidRPr="002E3FEF" w:rsidRDefault="002E3FEF" w:rsidP="002E3FEF">
      <w:pPr>
        <w:spacing w:after="0" w:line="252" w:lineRule="auto"/>
        <w:ind w:firstLine="2977"/>
        <w:jc w:val="center"/>
        <w:rPr>
          <w:i/>
          <w:szCs w:val="26"/>
        </w:rPr>
      </w:pPr>
      <w:r w:rsidRPr="002E3FEF">
        <w:rPr>
          <w:i/>
          <w:szCs w:val="26"/>
        </w:rPr>
        <w:t xml:space="preserve">Thái Nguyên, ngày </w:t>
      </w:r>
      <w:r>
        <w:rPr>
          <w:i/>
          <w:szCs w:val="26"/>
        </w:rPr>
        <w:t xml:space="preserve">      </w:t>
      </w:r>
      <w:r w:rsidRPr="002E3FEF">
        <w:rPr>
          <w:i/>
          <w:szCs w:val="26"/>
        </w:rPr>
        <w:t xml:space="preserve"> tháng </w:t>
      </w:r>
      <w:r>
        <w:rPr>
          <w:i/>
          <w:szCs w:val="26"/>
        </w:rPr>
        <w:t xml:space="preserve">     </w:t>
      </w:r>
      <w:r w:rsidRPr="002E3FEF">
        <w:rPr>
          <w:i/>
          <w:szCs w:val="26"/>
        </w:rPr>
        <w:t xml:space="preserve"> năm 202</w:t>
      </w:r>
      <w:r>
        <w:rPr>
          <w:i/>
          <w:szCs w:val="26"/>
        </w:rPr>
        <w:t>6</w:t>
      </w:r>
    </w:p>
    <w:p w:rsidR="002E3FEF" w:rsidRPr="002E3FEF" w:rsidRDefault="002E3FEF" w:rsidP="002E3FEF">
      <w:pPr>
        <w:spacing w:after="0" w:line="252" w:lineRule="auto"/>
        <w:jc w:val="right"/>
        <w:rPr>
          <w:szCs w:val="26"/>
        </w:rPr>
      </w:pPr>
    </w:p>
    <w:p w:rsidR="002E3FEF" w:rsidRPr="002E3FEF" w:rsidRDefault="002E3FEF" w:rsidP="002E3FEF">
      <w:pPr>
        <w:spacing w:after="0" w:line="252" w:lineRule="auto"/>
        <w:jc w:val="center"/>
        <w:rPr>
          <w:szCs w:val="26"/>
        </w:rPr>
      </w:pPr>
      <w:r w:rsidRPr="002E3FEF">
        <w:rPr>
          <w:b/>
          <w:szCs w:val="26"/>
        </w:rPr>
        <w:t>TỜ KHAI NỘP LƯU CHIỂU TÀI LIỆU</w:t>
      </w:r>
    </w:p>
    <w:p w:rsidR="002E3FEF" w:rsidRPr="002E3FEF" w:rsidRDefault="002E3FEF" w:rsidP="002E3FEF">
      <w:pPr>
        <w:spacing w:after="0" w:line="252" w:lineRule="auto"/>
        <w:jc w:val="center"/>
        <w:rPr>
          <w:szCs w:val="26"/>
        </w:rPr>
      </w:pPr>
    </w:p>
    <w:p w:rsidR="002E3FEF" w:rsidRPr="002E3FEF" w:rsidRDefault="002E3FEF" w:rsidP="002E3FEF">
      <w:pPr>
        <w:spacing w:after="0" w:line="252" w:lineRule="auto"/>
        <w:jc w:val="center"/>
        <w:rPr>
          <w:szCs w:val="26"/>
        </w:rPr>
      </w:pPr>
      <w:r w:rsidRPr="002E3FEF">
        <w:rPr>
          <w:szCs w:val="26"/>
        </w:rPr>
        <w:t>Kính gửi:</w:t>
      </w:r>
      <w:r>
        <w:rPr>
          <w:szCs w:val="26"/>
        </w:rPr>
        <w:t xml:space="preserve"> Thư viện Trường Đại học Khoa học - ĐHTN</w:t>
      </w:r>
    </w:p>
    <w:p w:rsidR="002E3FEF" w:rsidRPr="002E3FEF" w:rsidRDefault="002E3FEF" w:rsidP="002E3FEF">
      <w:pPr>
        <w:spacing w:after="80" w:line="252" w:lineRule="auto"/>
        <w:rPr>
          <w:szCs w:val="26"/>
        </w:rPr>
      </w:pPr>
    </w:p>
    <w:p w:rsidR="002E3FEF" w:rsidRPr="002E3FEF" w:rsidRDefault="002E3FEF" w:rsidP="002E3FEF">
      <w:pPr>
        <w:spacing w:after="0" w:line="312" w:lineRule="auto"/>
        <w:rPr>
          <w:szCs w:val="26"/>
        </w:rPr>
      </w:pPr>
      <w:r w:rsidRPr="002E3FEF">
        <w:rPr>
          <w:b/>
          <w:szCs w:val="26"/>
        </w:rPr>
        <w:t xml:space="preserve">I. PHẦN GHI CỦA </w:t>
      </w:r>
      <w:r w:rsidR="00B709AE">
        <w:rPr>
          <w:b/>
          <w:szCs w:val="26"/>
        </w:rPr>
        <w:t xml:space="preserve">CÁ </w:t>
      </w:r>
      <w:r w:rsidRPr="002E3FEF">
        <w:rPr>
          <w:b/>
          <w:szCs w:val="26"/>
        </w:rPr>
        <w:t>NHÂN NỘP LƯU CHIỂU</w:t>
      </w:r>
    </w:p>
    <w:p w:rsidR="002E3FEF" w:rsidRDefault="002E3FEF" w:rsidP="002E3FEF">
      <w:pPr>
        <w:spacing w:after="0" w:line="312" w:lineRule="auto"/>
        <w:rPr>
          <w:szCs w:val="26"/>
        </w:rPr>
      </w:pPr>
      <w:r w:rsidRPr="002E3FEF">
        <w:rPr>
          <w:szCs w:val="26"/>
        </w:rPr>
        <w:t>1</w:t>
      </w:r>
      <w:r>
        <w:rPr>
          <w:szCs w:val="26"/>
        </w:rPr>
        <w:t>.1</w:t>
      </w:r>
      <w:r w:rsidRPr="002E3FEF">
        <w:rPr>
          <w:szCs w:val="26"/>
        </w:rPr>
        <w:t xml:space="preserve">. </w:t>
      </w:r>
      <w:r w:rsidR="00BA2172">
        <w:rPr>
          <w:szCs w:val="26"/>
        </w:rPr>
        <w:t>Họ và tên học viên</w:t>
      </w:r>
      <w:r w:rsidRPr="002E3FEF">
        <w:rPr>
          <w:szCs w:val="26"/>
        </w:rPr>
        <w:t xml:space="preserve"> nộp lưu chiểu: ………………………</w:t>
      </w:r>
      <w:r w:rsidR="00B709AE">
        <w:rPr>
          <w:szCs w:val="26"/>
        </w:rPr>
        <w:t>..</w:t>
      </w:r>
      <w:r w:rsidRPr="002E3FEF">
        <w:rPr>
          <w:szCs w:val="26"/>
        </w:rPr>
        <w:t>………………………</w:t>
      </w:r>
    </w:p>
    <w:p w:rsidR="00BA2172" w:rsidRDefault="00B709AE" w:rsidP="002E3FEF">
      <w:pPr>
        <w:spacing w:after="0" w:line="312" w:lineRule="auto"/>
        <w:rPr>
          <w:szCs w:val="26"/>
        </w:rPr>
      </w:pPr>
      <w:r>
        <w:rPr>
          <w:szCs w:val="26"/>
        </w:rPr>
        <w:t xml:space="preserve">1.2. </w:t>
      </w:r>
      <w:r w:rsidR="00BA2172">
        <w:rPr>
          <w:szCs w:val="26"/>
        </w:rPr>
        <w:t>Mã học viên: ………………………………………………………………………</w:t>
      </w:r>
    </w:p>
    <w:p w:rsidR="00BA2172" w:rsidRDefault="00B709AE" w:rsidP="002E3FEF">
      <w:pPr>
        <w:spacing w:after="0" w:line="312" w:lineRule="auto"/>
        <w:rPr>
          <w:szCs w:val="26"/>
        </w:rPr>
      </w:pPr>
      <w:r>
        <w:rPr>
          <w:szCs w:val="26"/>
        </w:rPr>
        <w:t xml:space="preserve">1.3. </w:t>
      </w:r>
      <w:r w:rsidR="00BA2172">
        <w:rPr>
          <w:szCs w:val="26"/>
        </w:rPr>
        <w:t>Ngành đào tạo: ……………………………………………………………………</w:t>
      </w:r>
    </w:p>
    <w:p w:rsidR="00BA2172" w:rsidRDefault="00B709AE" w:rsidP="002E3FEF">
      <w:pPr>
        <w:spacing w:after="0" w:line="312" w:lineRule="auto"/>
        <w:rPr>
          <w:szCs w:val="26"/>
        </w:rPr>
      </w:pPr>
      <w:r>
        <w:rPr>
          <w:szCs w:val="26"/>
        </w:rPr>
        <w:t xml:space="preserve">1.4. </w:t>
      </w:r>
      <w:r w:rsidR="00BA2172">
        <w:rPr>
          <w:szCs w:val="26"/>
        </w:rPr>
        <w:t>Số Căn cước/Căn cước công dân: …………………</w:t>
      </w:r>
      <w:r>
        <w:rPr>
          <w:szCs w:val="26"/>
        </w:rPr>
        <w:t>…</w:t>
      </w:r>
      <w:r w:rsidR="00BA2172">
        <w:rPr>
          <w:szCs w:val="26"/>
        </w:rPr>
        <w:t>……………………………</w:t>
      </w:r>
    </w:p>
    <w:p w:rsidR="00BA2172" w:rsidRPr="002E3FEF" w:rsidRDefault="00B709AE" w:rsidP="002E3FEF">
      <w:pPr>
        <w:spacing w:after="0" w:line="312" w:lineRule="auto"/>
        <w:rPr>
          <w:szCs w:val="26"/>
        </w:rPr>
      </w:pPr>
      <w:r>
        <w:rPr>
          <w:szCs w:val="26"/>
        </w:rPr>
        <w:t xml:space="preserve">1.5. </w:t>
      </w:r>
      <w:r w:rsidR="00BA2172">
        <w:rPr>
          <w:szCs w:val="26"/>
        </w:rPr>
        <w:t>Số điện thoại liên hệ: ……………………………………</w:t>
      </w:r>
      <w:r>
        <w:rPr>
          <w:szCs w:val="26"/>
        </w:rPr>
        <w:t>…..</w:t>
      </w:r>
      <w:r w:rsidR="00BA2172">
        <w:rPr>
          <w:szCs w:val="26"/>
        </w:rPr>
        <w:t>……………………</w:t>
      </w:r>
    </w:p>
    <w:p w:rsidR="002E3FEF" w:rsidRDefault="002E3FEF" w:rsidP="002E3FEF">
      <w:pPr>
        <w:spacing w:after="0" w:line="312" w:lineRule="auto"/>
        <w:rPr>
          <w:szCs w:val="26"/>
        </w:rPr>
      </w:pPr>
      <w:r w:rsidRPr="002E3FEF">
        <w:rPr>
          <w:szCs w:val="26"/>
        </w:rPr>
        <w:t>1</w:t>
      </w:r>
      <w:r>
        <w:rPr>
          <w:szCs w:val="26"/>
        </w:rPr>
        <w:t>.</w:t>
      </w:r>
      <w:r w:rsidR="00B709AE">
        <w:rPr>
          <w:szCs w:val="26"/>
        </w:rPr>
        <w:t>6</w:t>
      </w:r>
      <w:r w:rsidRPr="002E3FEF">
        <w:rPr>
          <w:szCs w:val="26"/>
        </w:rPr>
        <w:t xml:space="preserve">. Tên tài liệu nộp lưu chiểu: </w:t>
      </w:r>
    </w:p>
    <w:p w:rsidR="002E3FEF" w:rsidRDefault="002E3FEF" w:rsidP="002E3FEF">
      <w:pPr>
        <w:spacing w:after="0" w:line="312" w:lineRule="auto"/>
        <w:rPr>
          <w:szCs w:val="26"/>
        </w:rPr>
      </w:pPr>
      <w:r>
        <w:rPr>
          <w:szCs w:val="26"/>
        </w:rPr>
        <w:t>………………………………………………………………………………………….</w:t>
      </w:r>
    </w:p>
    <w:p w:rsidR="002E3FEF" w:rsidRDefault="002E3FEF" w:rsidP="002E3FEF">
      <w:pPr>
        <w:spacing w:after="0" w:line="312" w:lineRule="auto"/>
        <w:rPr>
          <w:szCs w:val="26"/>
        </w:rPr>
      </w:pPr>
      <w:r>
        <w:rPr>
          <w:szCs w:val="26"/>
        </w:rPr>
        <w:t>………………………………………………………………………………………….</w:t>
      </w:r>
    </w:p>
    <w:p w:rsidR="002E3FEF" w:rsidRPr="002E3FEF" w:rsidRDefault="002E3FEF" w:rsidP="002E3FEF">
      <w:pPr>
        <w:spacing w:after="0" w:line="312" w:lineRule="auto"/>
        <w:rPr>
          <w:szCs w:val="26"/>
        </w:rPr>
      </w:pPr>
      <w:r w:rsidRPr="002E3FEF">
        <w:rPr>
          <w:szCs w:val="26"/>
        </w:rPr>
        <w:t>1</w:t>
      </w:r>
      <w:r>
        <w:rPr>
          <w:szCs w:val="26"/>
        </w:rPr>
        <w:t>.</w:t>
      </w:r>
      <w:r w:rsidR="00B709AE">
        <w:rPr>
          <w:szCs w:val="26"/>
        </w:rPr>
        <w:t>7</w:t>
      </w:r>
      <w:r w:rsidRPr="002E3FEF">
        <w:rPr>
          <w:szCs w:val="26"/>
        </w:rPr>
        <w:t>. Tài liệu nộp lưu chiểu dưới dạng:</w:t>
      </w:r>
    </w:p>
    <w:p w:rsidR="002E3FEF" w:rsidRPr="002E3FEF" w:rsidRDefault="002E3FEF" w:rsidP="002E3FEF">
      <w:pPr>
        <w:spacing w:after="0" w:line="312" w:lineRule="auto"/>
        <w:rPr>
          <w:szCs w:val="26"/>
        </w:rPr>
      </w:pPr>
      <w:r w:rsidRPr="002E3FEF">
        <w:rPr>
          <w:szCs w:val="26"/>
        </w:rPr>
        <w:t xml:space="preserve">    </w:t>
      </w:r>
      <w:r>
        <w:rPr>
          <w:rFonts w:ascii="Segoe UI Symbol" w:hAnsi="Segoe UI Symbol" w:cs="Segoe UI Symbol"/>
        </w:rPr>
        <w:t xml:space="preserve">☐ </w:t>
      </w:r>
      <w:r w:rsidRPr="002E3FEF">
        <w:rPr>
          <w:szCs w:val="26"/>
        </w:rPr>
        <w:t xml:space="preserve">Bản in            </w:t>
      </w:r>
      <w:r>
        <w:rPr>
          <w:szCs w:val="26"/>
        </w:rPr>
        <w:t xml:space="preserve">           </w:t>
      </w:r>
      <w:r w:rsidRPr="002E3FEF">
        <w:rPr>
          <w:szCs w:val="26"/>
        </w:rPr>
        <w:t xml:space="preserve">  </w:t>
      </w:r>
      <w:r>
        <w:rPr>
          <w:szCs w:val="26"/>
        </w:rPr>
        <w:t xml:space="preserve"> </w:t>
      </w:r>
      <w:r>
        <w:rPr>
          <w:rFonts w:ascii="Segoe UI Symbol" w:hAnsi="Segoe UI Symbol" w:cs="Segoe UI Symbol"/>
        </w:rPr>
        <w:t>☐</w:t>
      </w:r>
      <w:r w:rsidRPr="002E3FEF">
        <w:rPr>
          <w:szCs w:val="26"/>
        </w:rPr>
        <w:t xml:space="preserve"> Đĩa CD-ROM     </w:t>
      </w:r>
      <w:r>
        <w:rPr>
          <w:szCs w:val="26"/>
        </w:rPr>
        <w:t xml:space="preserve">          </w:t>
      </w:r>
      <w:r w:rsidRPr="002E3FEF">
        <w:rPr>
          <w:szCs w:val="26"/>
        </w:rPr>
        <w:t xml:space="preserve">     </w:t>
      </w:r>
      <w:r>
        <w:rPr>
          <w:rFonts w:ascii="Segoe UI Symbol" w:hAnsi="Segoe UI Symbol" w:cs="Segoe UI Symbol"/>
        </w:rPr>
        <w:t xml:space="preserve">☐ </w:t>
      </w:r>
      <w:r w:rsidRPr="002E3FEF">
        <w:rPr>
          <w:szCs w:val="26"/>
        </w:rPr>
        <w:t>Cả hai</w:t>
      </w:r>
    </w:p>
    <w:p w:rsidR="002E3FEF" w:rsidRPr="002E3FEF" w:rsidRDefault="002E3FEF" w:rsidP="002E3FEF">
      <w:pPr>
        <w:spacing w:after="0" w:line="312" w:lineRule="auto"/>
        <w:rPr>
          <w:szCs w:val="26"/>
        </w:rPr>
      </w:pPr>
      <w:r w:rsidRPr="002E3FEF">
        <w:rPr>
          <w:szCs w:val="26"/>
        </w:rPr>
        <w:t>1</w:t>
      </w:r>
      <w:r>
        <w:rPr>
          <w:szCs w:val="26"/>
        </w:rPr>
        <w:t>.</w:t>
      </w:r>
      <w:r w:rsidR="00B709AE">
        <w:rPr>
          <w:szCs w:val="26"/>
        </w:rPr>
        <w:t>8</w:t>
      </w:r>
      <w:r w:rsidRPr="002E3FEF">
        <w:rPr>
          <w:szCs w:val="26"/>
        </w:rPr>
        <w:t>. Số trang:.......................................... Khuôn khổ:.......................................</w:t>
      </w:r>
      <w:bookmarkStart w:id="0" w:name="_GoBack"/>
      <w:bookmarkEnd w:id="0"/>
    </w:p>
    <w:p w:rsidR="002E3FEF" w:rsidRPr="002E3FEF" w:rsidRDefault="002E3FEF" w:rsidP="002E3FEF">
      <w:pPr>
        <w:spacing w:after="0" w:line="312" w:lineRule="auto"/>
        <w:rPr>
          <w:szCs w:val="26"/>
        </w:rPr>
      </w:pPr>
      <w:r w:rsidRPr="002E3FEF">
        <w:rPr>
          <w:szCs w:val="26"/>
        </w:rPr>
        <w:t>1</w:t>
      </w:r>
      <w:r>
        <w:rPr>
          <w:szCs w:val="26"/>
        </w:rPr>
        <w:t>.</w:t>
      </w:r>
      <w:r w:rsidR="00B709AE">
        <w:rPr>
          <w:szCs w:val="26"/>
        </w:rPr>
        <w:t>9</w:t>
      </w:r>
      <w:r w:rsidRPr="002E3FEF">
        <w:rPr>
          <w:szCs w:val="26"/>
        </w:rPr>
        <w:t>. Địa chỉ website đăng tải xuất bản phẩm (nếu có)</w:t>
      </w:r>
    </w:p>
    <w:p w:rsidR="002E3FEF" w:rsidRPr="002E3FEF" w:rsidRDefault="002E3FEF" w:rsidP="002E3FEF">
      <w:pPr>
        <w:spacing w:after="0" w:line="312" w:lineRule="auto"/>
        <w:rPr>
          <w:szCs w:val="26"/>
        </w:rPr>
      </w:pPr>
      <w:r w:rsidRPr="002E3FEF">
        <w:rPr>
          <w:szCs w:val="26"/>
        </w:rPr>
        <w:t>..................................................</w:t>
      </w:r>
      <w:r>
        <w:rPr>
          <w:szCs w:val="26"/>
        </w:rPr>
        <w:t>....</w:t>
      </w:r>
      <w:r w:rsidRPr="002E3FEF">
        <w:rPr>
          <w:szCs w:val="26"/>
        </w:rPr>
        <w:t>...........</w:t>
      </w:r>
      <w:r>
        <w:rPr>
          <w:szCs w:val="26"/>
        </w:rPr>
        <w:t xml:space="preserve"> </w:t>
      </w:r>
      <w:r w:rsidRPr="002E3FEF">
        <w:rPr>
          <w:szCs w:val="26"/>
        </w:rPr>
        <w:t>Email........................................</w:t>
      </w:r>
    </w:p>
    <w:p w:rsidR="002E3FEF" w:rsidRPr="002E3FEF" w:rsidRDefault="002E3FEF" w:rsidP="002E3FEF">
      <w:pPr>
        <w:spacing w:after="0" w:line="312" w:lineRule="auto"/>
        <w:ind w:firstLine="2977"/>
        <w:jc w:val="center"/>
        <w:rPr>
          <w:szCs w:val="26"/>
        </w:rPr>
      </w:pPr>
      <w:r w:rsidRPr="002E3FEF">
        <w:rPr>
          <w:b/>
          <w:szCs w:val="26"/>
        </w:rPr>
        <w:t>Người nộp lưu chiểu</w:t>
      </w:r>
    </w:p>
    <w:p w:rsidR="002E3FEF" w:rsidRPr="002E3FEF" w:rsidRDefault="002E3FEF" w:rsidP="002E3FEF">
      <w:pPr>
        <w:spacing w:after="0" w:line="312" w:lineRule="auto"/>
        <w:ind w:firstLine="2977"/>
        <w:jc w:val="center"/>
        <w:rPr>
          <w:szCs w:val="26"/>
        </w:rPr>
      </w:pPr>
      <w:r w:rsidRPr="002E3FEF">
        <w:rPr>
          <w:i/>
          <w:szCs w:val="26"/>
        </w:rPr>
        <w:t>(Ký và ghi rõ họ tên)</w:t>
      </w:r>
    </w:p>
    <w:p w:rsidR="002E3FEF" w:rsidRDefault="002E3FEF" w:rsidP="002E3FEF">
      <w:pPr>
        <w:spacing w:after="0" w:line="312" w:lineRule="auto"/>
        <w:ind w:firstLine="2977"/>
        <w:jc w:val="center"/>
        <w:rPr>
          <w:i/>
          <w:szCs w:val="26"/>
        </w:rPr>
      </w:pPr>
    </w:p>
    <w:p w:rsidR="002E3FEF" w:rsidRDefault="002E3FEF" w:rsidP="002E3FEF">
      <w:pPr>
        <w:spacing w:after="0" w:line="312" w:lineRule="auto"/>
        <w:ind w:firstLine="2977"/>
        <w:jc w:val="center"/>
        <w:rPr>
          <w:b/>
          <w:szCs w:val="26"/>
        </w:rPr>
      </w:pPr>
    </w:p>
    <w:p w:rsidR="002E3FEF" w:rsidRDefault="002E3FEF" w:rsidP="002E3FEF">
      <w:pPr>
        <w:spacing w:after="0" w:line="312" w:lineRule="auto"/>
        <w:rPr>
          <w:b/>
          <w:szCs w:val="26"/>
        </w:rPr>
      </w:pPr>
    </w:p>
    <w:p w:rsidR="002E3FEF" w:rsidRPr="002E3FEF" w:rsidRDefault="002E3FEF" w:rsidP="002E3FEF">
      <w:pPr>
        <w:spacing w:after="0" w:line="312" w:lineRule="auto"/>
        <w:rPr>
          <w:szCs w:val="26"/>
        </w:rPr>
      </w:pPr>
      <w:r w:rsidRPr="002E3FEF">
        <w:rPr>
          <w:b/>
          <w:szCs w:val="26"/>
        </w:rPr>
        <w:t xml:space="preserve">II. PHẦN GHI CỦA </w:t>
      </w:r>
      <w:r>
        <w:rPr>
          <w:b/>
          <w:szCs w:val="26"/>
        </w:rPr>
        <w:t>ĐƠN VỊ</w:t>
      </w:r>
      <w:r w:rsidRPr="002E3FEF">
        <w:rPr>
          <w:b/>
          <w:szCs w:val="26"/>
        </w:rPr>
        <w:t xml:space="preserve"> NHẬN LƯU CHIỂU</w:t>
      </w:r>
    </w:p>
    <w:p w:rsidR="002E3FEF" w:rsidRPr="002E3FEF" w:rsidRDefault="002E3FEF" w:rsidP="002E3FEF">
      <w:pPr>
        <w:spacing w:after="0" w:line="312" w:lineRule="auto"/>
        <w:ind w:firstLine="567"/>
        <w:rPr>
          <w:szCs w:val="26"/>
        </w:rPr>
      </w:pPr>
      <w:r w:rsidRPr="002E3FEF">
        <w:rPr>
          <w:szCs w:val="26"/>
        </w:rPr>
        <w:t>Đã nhận đủ số lượng tài liệu theo Quy định về nộp lưu chiểu luận án, luận văn</w:t>
      </w:r>
      <w:r>
        <w:rPr>
          <w:szCs w:val="26"/>
        </w:rPr>
        <w:t>/đề án</w:t>
      </w:r>
      <w:r w:rsidRPr="002E3FEF">
        <w:rPr>
          <w:szCs w:val="26"/>
        </w:rPr>
        <w:t>, đề</w:t>
      </w:r>
      <w:r>
        <w:rPr>
          <w:szCs w:val="26"/>
        </w:rPr>
        <w:t xml:space="preserve"> </w:t>
      </w:r>
      <w:r w:rsidRPr="002E3FEF">
        <w:rPr>
          <w:szCs w:val="26"/>
        </w:rPr>
        <w:t>tài nghiên cứu khoa học và các xuất bản phẩm của Đại học Thái Nguyên.</w:t>
      </w:r>
    </w:p>
    <w:p w:rsidR="002E3FEF" w:rsidRPr="002E3FEF" w:rsidRDefault="002E3FEF" w:rsidP="002E3FEF">
      <w:pPr>
        <w:spacing w:after="0" w:line="312" w:lineRule="auto"/>
        <w:rPr>
          <w:szCs w:val="26"/>
        </w:rPr>
      </w:pPr>
    </w:p>
    <w:p w:rsidR="002E3FEF" w:rsidRPr="002E3FEF" w:rsidRDefault="002E3FEF" w:rsidP="002E3FEF">
      <w:pPr>
        <w:spacing w:after="0" w:line="312" w:lineRule="auto"/>
        <w:ind w:firstLine="1985"/>
        <w:jc w:val="center"/>
        <w:rPr>
          <w:szCs w:val="26"/>
        </w:rPr>
      </w:pPr>
      <w:r w:rsidRPr="002E3FEF">
        <w:rPr>
          <w:i/>
          <w:szCs w:val="26"/>
        </w:rPr>
        <w:t xml:space="preserve">Thái Nguyên, ngày </w:t>
      </w:r>
      <w:r>
        <w:rPr>
          <w:i/>
          <w:szCs w:val="26"/>
        </w:rPr>
        <w:t xml:space="preserve">       </w:t>
      </w:r>
      <w:r w:rsidRPr="002E3FEF">
        <w:rPr>
          <w:i/>
          <w:szCs w:val="26"/>
        </w:rPr>
        <w:t xml:space="preserve"> tháng </w:t>
      </w:r>
      <w:r>
        <w:rPr>
          <w:i/>
          <w:szCs w:val="26"/>
        </w:rPr>
        <w:t xml:space="preserve">      </w:t>
      </w:r>
      <w:r w:rsidRPr="002E3FEF">
        <w:rPr>
          <w:i/>
          <w:szCs w:val="26"/>
        </w:rPr>
        <w:t xml:space="preserve"> năm 202</w:t>
      </w:r>
      <w:r>
        <w:rPr>
          <w:i/>
          <w:szCs w:val="26"/>
        </w:rPr>
        <w:t>6</w:t>
      </w:r>
    </w:p>
    <w:p w:rsidR="002E3FEF" w:rsidRPr="002E3FEF" w:rsidRDefault="002E3FEF" w:rsidP="002E3FEF">
      <w:pPr>
        <w:spacing w:after="0" w:line="312" w:lineRule="auto"/>
        <w:ind w:firstLine="1985"/>
        <w:jc w:val="center"/>
        <w:rPr>
          <w:szCs w:val="26"/>
        </w:rPr>
      </w:pPr>
      <w:r w:rsidRPr="002E3FEF">
        <w:rPr>
          <w:b/>
          <w:szCs w:val="26"/>
        </w:rPr>
        <w:t>Người nhận lưu chiểu</w:t>
      </w:r>
    </w:p>
    <w:p w:rsidR="002E3FEF" w:rsidRPr="002E3FEF" w:rsidRDefault="002E3FEF" w:rsidP="002E3FEF">
      <w:pPr>
        <w:spacing w:after="0" w:line="312" w:lineRule="auto"/>
        <w:ind w:firstLine="1985"/>
        <w:jc w:val="center"/>
        <w:rPr>
          <w:szCs w:val="26"/>
        </w:rPr>
      </w:pPr>
      <w:r w:rsidRPr="002E3FEF">
        <w:rPr>
          <w:i/>
          <w:szCs w:val="26"/>
        </w:rPr>
        <w:t>(Ký và đóng dấu)</w:t>
      </w:r>
    </w:p>
    <w:p w:rsidR="002E3FEF" w:rsidRDefault="002E3FEF" w:rsidP="002E3FEF">
      <w:pPr>
        <w:spacing w:after="0" w:line="312" w:lineRule="auto"/>
        <w:ind w:firstLine="1985"/>
        <w:jc w:val="center"/>
        <w:rPr>
          <w:b/>
          <w:szCs w:val="26"/>
        </w:rPr>
      </w:pPr>
    </w:p>
    <w:p w:rsidR="002E3FEF" w:rsidRDefault="002E3FEF" w:rsidP="002E3FEF">
      <w:pPr>
        <w:spacing w:after="0" w:line="312" w:lineRule="auto"/>
        <w:ind w:firstLine="1985"/>
        <w:jc w:val="center"/>
        <w:rPr>
          <w:b/>
          <w:szCs w:val="26"/>
        </w:rPr>
      </w:pPr>
    </w:p>
    <w:p w:rsidR="004E5023" w:rsidRPr="002E3FEF" w:rsidRDefault="004E5023" w:rsidP="002E3FEF">
      <w:pPr>
        <w:spacing w:after="0" w:line="312" w:lineRule="auto"/>
        <w:rPr>
          <w:szCs w:val="26"/>
        </w:rPr>
      </w:pPr>
    </w:p>
    <w:sectPr w:rsidR="004E5023" w:rsidRPr="002E3FEF" w:rsidSect="002E3FEF">
      <w:pgSz w:w="11906" w:h="16838"/>
      <w:pgMar w:top="709" w:right="1021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3FEF"/>
    <w:rsid w:val="00326F90"/>
    <w:rsid w:val="004257BF"/>
    <w:rsid w:val="004E5023"/>
    <w:rsid w:val="00AA1D8D"/>
    <w:rsid w:val="00B47730"/>
    <w:rsid w:val="00B709AE"/>
    <w:rsid w:val="00BA2172"/>
    <w:rsid w:val="00CB0664"/>
    <w:rsid w:val="00DE20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36A65E1"/>
  <w14:defaultImageDpi w14:val="300"/>
  <w15:docId w15:val="{1D25326B-07DC-42FC-9CBA-A0D4F941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6807C8-0274-48A9-96D8-411FF9A05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6</cp:revision>
  <dcterms:created xsi:type="dcterms:W3CDTF">2013-12-23T23:15:00Z</dcterms:created>
  <dcterms:modified xsi:type="dcterms:W3CDTF">2026-05-28T00:43:00Z</dcterms:modified>
  <cp:category/>
</cp:coreProperties>
</file>