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1C98" w14:textId="310A9C07" w:rsidR="003971B4" w:rsidRPr="00863E79" w:rsidRDefault="00863E79" w:rsidP="00863E79">
      <w:pPr>
        <w:spacing w:after="0" w:line="288" w:lineRule="auto"/>
        <w:jc w:val="center"/>
        <w:rPr>
          <w:rFonts w:ascii="Times New Roman" w:hAnsi="Times New Roman" w:cs="Times New Roman"/>
          <w:b/>
          <w:bCs/>
          <w:sz w:val="26"/>
          <w:szCs w:val="26"/>
        </w:rPr>
      </w:pPr>
      <w:r w:rsidRPr="00863E79">
        <w:rPr>
          <w:rFonts w:ascii="Times New Roman" w:hAnsi="Times New Roman" w:cs="Times New Roman"/>
          <w:b/>
          <w:bCs/>
          <w:sz w:val="26"/>
          <w:szCs w:val="26"/>
        </w:rPr>
        <w:t>GUIDELINES FOR WRITING PhD RESEARCH PROPOSAL</w:t>
      </w:r>
    </w:p>
    <w:p w14:paraId="2523A1CE" w14:textId="77777777" w:rsidR="003971B4" w:rsidRPr="00405F94" w:rsidRDefault="009C0A04" w:rsidP="00863E79">
      <w:pPr>
        <w:spacing w:after="0" w:line="288" w:lineRule="auto"/>
        <w:jc w:val="center"/>
        <w:rPr>
          <w:rFonts w:ascii="Times New Roman" w:hAnsi="Times New Roman" w:cs="Times New Roman"/>
          <w:sz w:val="26"/>
          <w:szCs w:val="26"/>
        </w:rPr>
      </w:pPr>
      <w:r w:rsidRPr="00405F94">
        <w:rPr>
          <w:rFonts w:ascii="Times New Roman" w:hAnsi="Times New Roman" w:cs="Times New Roman"/>
          <w:sz w:val="26"/>
          <w:szCs w:val="26"/>
        </w:rPr>
        <w:t>(for doctoral candidate applicants)</w:t>
      </w:r>
    </w:p>
    <w:p w14:paraId="63032EC8" w14:textId="77777777" w:rsidR="003971B4" w:rsidRPr="00405F94" w:rsidRDefault="003971B4" w:rsidP="00405F94">
      <w:pPr>
        <w:spacing w:after="0" w:line="288" w:lineRule="auto"/>
        <w:rPr>
          <w:rFonts w:ascii="Times New Roman" w:hAnsi="Times New Roman" w:cs="Times New Roman"/>
          <w:sz w:val="26"/>
          <w:szCs w:val="26"/>
        </w:rPr>
      </w:pPr>
    </w:p>
    <w:p w14:paraId="27637DBA" w14:textId="6EE2758E" w:rsidR="003971B4" w:rsidRPr="009C3078" w:rsidRDefault="009C0A04" w:rsidP="00A868B3">
      <w:pPr>
        <w:spacing w:after="0" w:line="336" w:lineRule="auto"/>
        <w:jc w:val="both"/>
        <w:rPr>
          <w:rFonts w:ascii="Times New Roman" w:hAnsi="Times New Roman" w:cs="Times New Roman"/>
          <w:b/>
          <w:bCs/>
          <w:sz w:val="26"/>
          <w:szCs w:val="26"/>
        </w:rPr>
      </w:pPr>
      <w:r w:rsidRPr="009C3078">
        <w:rPr>
          <w:rFonts w:ascii="Times New Roman" w:hAnsi="Times New Roman" w:cs="Times New Roman"/>
          <w:b/>
          <w:bCs/>
          <w:sz w:val="26"/>
          <w:szCs w:val="26"/>
        </w:rPr>
        <w:t>1. Presentation Content</w:t>
      </w:r>
    </w:p>
    <w:p w14:paraId="2EDB15E6"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The research proposal includes the following main sections:</w:t>
      </w:r>
    </w:p>
    <w:p w14:paraId="31B20293" w14:textId="01F4FA6D" w:rsidR="003971B4" w:rsidRPr="00405F94" w:rsidRDefault="00EE236C" w:rsidP="00A868B3">
      <w:pPr>
        <w:spacing w:after="0" w:line="33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1" locked="0" layoutInCell="1" allowOverlap="1" wp14:anchorId="4A075C11" wp14:editId="37A14C84">
            <wp:simplePos x="0" y="0"/>
            <wp:positionH relativeFrom="column">
              <wp:posOffset>1045845</wp:posOffset>
            </wp:positionH>
            <wp:positionV relativeFrom="paragraph">
              <wp:posOffset>229235</wp:posOffset>
            </wp:positionV>
            <wp:extent cx="3599815" cy="359981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òn dhkh - opacity 30.png"/>
                    <pic:cNvPicPr/>
                  </pic:nvPicPr>
                  <pic:blipFill>
                    <a:blip r:embed="rId8"/>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r w:rsidR="009C0A04" w:rsidRPr="00405F94">
        <w:rPr>
          <w:rFonts w:ascii="Times New Roman" w:hAnsi="Times New Roman" w:cs="Times New Roman"/>
          <w:sz w:val="26"/>
          <w:szCs w:val="26"/>
        </w:rPr>
        <w:t>a. Urgency and significance of the research topic</w:t>
      </w:r>
    </w:p>
    <w:p w14:paraId="15199DCB" w14:textId="527C4038"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Present the reasons for choosing the research issue from both theoretical and practical perspectives.</w:t>
      </w:r>
    </w:p>
    <w:p w14:paraId="12C726CD" w14:textId="74791195"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Describe the global and domestic research situation, issues that have been resolved</w:t>
      </w:r>
      <w:r w:rsidR="009C3078">
        <w:rPr>
          <w:rFonts w:ascii="Times New Roman" w:hAnsi="Times New Roman" w:cs="Times New Roman"/>
          <w:sz w:val="26"/>
          <w:szCs w:val="26"/>
        </w:rPr>
        <w:t xml:space="preserve"> and</w:t>
      </w:r>
      <w:r w:rsidRPr="00405F94">
        <w:rPr>
          <w:rFonts w:ascii="Times New Roman" w:hAnsi="Times New Roman" w:cs="Times New Roman"/>
          <w:sz w:val="26"/>
          <w:szCs w:val="26"/>
        </w:rPr>
        <w:t xml:space="preserve"> unresolved, and newly proposed issues that still require research; from there, formulate the research hypothesis or research questions.</w:t>
      </w:r>
    </w:p>
    <w:p w14:paraId="7D2846D5" w14:textId="2960CF14" w:rsidR="003971B4" w:rsidRPr="00405F94" w:rsidRDefault="009C0A04" w:rsidP="00EE236C">
      <w:pPr>
        <w:spacing w:after="0" w:line="336" w:lineRule="auto"/>
        <w:ind w:firstLine="567"/>
        <w:jc w:val="center"/>
        <w:rPr>
          <w:rFonts w:ascii="Times New Roman" w:hAnsi="Times New Roman" w:cs="Times New Roman"/>
          <w:sz w:val="26"/>
          <w:szCs w:val="26"/>
        </w:rPr>
      </w:pPr>
      <w:r w:rsidRPr="00405F94">
        <w:rPr>
          <w:rFonts w:ascii="Times New Roman" w:hAnsi="Times New Roman" w:cs="Times New Roman"/>
          <w:sz w:val="26"/>
          <w:szCs w:val="26"/>
        </w:rPr>
        <w:t>- State the specific research objectives.</w:t>
      </w:r>
    </w:p>
    <w:p w14:paraId="5FCE9902"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b. Reasons for choosing the training institution</w:t>
      </w:r>
    </w:p>
    <w:p w14:paraId="4DF9EA55"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c. Intended plans and strategies to achieve desired objectives</w:t>
      </w:r>
    </w:p>
    <w:p w14:paraId="1247EA49"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d. The candidate’s experience, knowledge, understanding, and preparation regarding the intended research issue</w:t>
      </w:r>
    </w:p>
    <w:p w14:paraId="6BF39FEC"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Present experience in research, practical work, social activities, and other extracurricular activities.</w:t>
      </w:r>
    </w:p>
    <w:p w14:paraId="69A8A405"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e. Research objectives</w:t>
      </w:r>
    </w:p>
    <w:p w14:paraId="05A9311B"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General objective: State the ultimate and broadest goal of the research issue, indicating what problem it aims to solve for production or scientific research.</w:t>
      </w:r>
    </w:p>
    <w:p w14:paraId="46CD91C1"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Specific objectives: Identify several specific objectives to achieve the general objective.</w:t>
      </w:r>
    </w:p>
    <w:p w14:paraId="3754C936"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f. Research methodology</w:t>
      </w:r>
    </w:p>
    <w:p w14:paraId="4AB7DFD4"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Present the general research methods and approaches for implementing each research content area of the topic.</w:t>
      </w:r>
    </w:p>
    <w:p w14:paraId="0B129F3C"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For topics involving data collection, specify data sources.</w:t>
      </w:r>
    </w:p>
    <w:p w14:paraId="3EB8D6A6"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g. Research content</w:t>
      </w:r>
    </w:p>
    <w:p w14:paraId="540F85C8"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The research content must closely align with and aim to achieve the research objectives, and should outline the anticipated chapters and sections of the dissertation.</w:t>
      </w:r>
    </w:p>
    <w:p w14:paraId="04577B07"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h. Proposed scientific activity plan of the candidate after completing the doctoral training program</w:t>
      </w:r>
    </w:p>
    <w:p w14:paraId="3FC844EF"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i. Proposed supervisor(s)</w:t>
      </w:r>
    </w:p>
    <w:p w14:paraId="5E39C02C"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j. References</w:t>
      </w:r>
    </w:p>
    <w:p w14:paraId="688E3AD0"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Fully list all references used in writing the proposal.</w:t>
      </w:r>
    </w:p>
    <w:p w14:paraId="6668E1A2" w14:textId="15D3DC1A" w:rsidR="003971B4" w:rsidRDefault="009C3078" w:rsidP="00A868B3">
      <w:pPr>
        <w:spacing w:after="0" w:line="336" w:lineRule="auto"/>
        <w:jc w:val="both"/>
        <w:rPr>
          <w:rFonts w:ascii="Times New Roman" w:hAnsi="Times New Roman" w:cs="Times New Roman"/>
          <w:b/>
          <w:bCs/>
          <w:sz w:val="26"/>
          <w:szCs w:val="26"/>
        </w:rPr>
      </w:pPr>
      <w:r w:rsidRPr="009C3078">
        <w:rPr>
          <w:rFonts w:ascii="Times New Roman" w:hAnsi="Times New Roman" w:cs="Times New Roman"/>
          <w:b/>
          <w:bCs/>
          <w:sz w:val="26"/>
          <w:szCs w:val="26"/>
        </w:rPr>
        <w:lastRenderedPageBreak/>
        <w:t>2. Format Requirements</w:t>
      </w:r>
    </w:p>
    <w:p w14:paraId="60A4EE53" w14:textId="77777777" w:rsidR="003971B4" w:rsidRPr="00405F9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The research proposal must be presented on A4 paper, softcover bound; prepared using Microsoft Word or equivalent software; Times New Roman font (Unicode); font size 13 or 14; line spacing set to 1.5 lines or exactly 18–20 pt; before spacing 0 pt, after spacing 6 pt; top margin 3.0 cm; bottom margin 2.0–2.5 cm; left margin 3.0–3.5 cm; right margin 2.0 cm.</w:t>
      </w:r>
    </w:p>
    <w:p w14:paraId="3257C443" w14:textId="77777777" w:rsidR="003971B4" w:rsidRDefault="009C0A04" w:rsidP="00A868B3">
      <w:pPr>
        <w:spacing w:after="0" w:line="336" w:lineRule="auto"/>
        <w:ind w:firstLine="567"/>
        <w:jc w:val="both"/>
        <w:rPr>
          <w:rFonts w:ascii="Times New Roman" w:hAnsi="Times New Roman" w:cs="Times New Roman"/>
          <w:sz w:val="26"/>
          <w:szCs w:val="26"/>
        </w:rPr>
      </w:pPr>
      <w:r w:rsidRPr="00405F94">
        <w:rPr>
          <w:rFonts w:ascii="Times New Roman" w:hAnsi="Times New Roman" w:cs="Times New Roman"/>
          <w:sz w:val="26"/>
          <w:szCs w:val="26"/>
        </w:rPr>
        <w:t>- Page numbers should be placed at the top center of each page.</w:t>
      </w:r>
    </w:p>
    <w:p w14:paraId="2E6D3D22" w14:textId="77777777" w:rsidR="00F54419" w:rsidRDefault="00F54419" w:rsidP="00A868B3">
      <w:pPr>
        <w:spacing w:after="0" w:line="336" w:lineRule="auto"/>
        <w:ind w:firstLine="567"/>
        <w:jc w:val="both"/>
        <w:rPr>
          <w:rFonts w:ascii="Times New Roman" w:hAnsi="Times New Roman" w:cs="Times New Roman"/>
          <w:sz w:val="26"/>
          <w:szCs w:val="26"/>
        </w:rPr>
      </w:pPr>
    </w:p>
    <w:p w14:paraId="26DD95B8" w14:textId="75B1F830" w:rsidR="00F54419" w:rsidRDefault="00F54419" w:rsidP="00F54419">
      <w:pPr>
        <w:spacing w:line="360" w:lineRule="auto"/>
        <w:ind w:left="5103"/>
        <w:jc w:val="center"/>
        <w:rPr>
          <w:i/>
        </w:rPr>
      </w:pPr>
      <w:r>
        <w:rPr>
          <w:i/>
        </w:rPr>
        <w:t>………., ,………………2025</w:t>
      </w:r>
    </w:p>
    <w:p w14:paraId="1DC5697F" w14:textId="77777777" w:rsidR="00F54419" w:rsidRDefault="00F54419" w:rsidP="00F54419">
      <w:pPr>
        <w:spacing w:after="0"/>
        <w:ind w:left="5103"/>
        <w:jc w:val="center"/>
        <w:rPr>
          <w:b/>
        </w:rPr>
      </w:pPr>
      <w:r>
        <w:rPr>
          <w:b/>
        </w:rPr>
        <w:t>PhD candidate</w:t>
      </w:r>
    </w:p>
    <w:p w14:paraId="396CE2B6" w14:textId="77777777" w:rsidR="00F54419" w:rsidRDefault="00F54419" w:rsidP="00F54419">
      <w:pPr>
        <w:spacing w:after="0"/>
        <w:ind w:left="5103"/>
        <w:jc w:val="center"/>
        <w:rPr>
          <w:i/>
        </w:rPr>
      </w:pPr>
      <w:r>
        <w:rPr>
          <w:i/>
        </w:rPr>
        <w:t>(Signature)</w:t>
      </w:r>
    </w:p>
    <w:p w14:paraId="21423517" w14:textId="77777777" w:rsidR="00F54419" w:rsidRDefault="00F54419" w:rsidP="00F54419">
      <w:pPr>
        <w:spacing w:after="0" w:line="360" w:lineRule="auto"/>
        <w:ind w:left="5103"/>
        <w:jc w:val="center"/>
      </w:pPr>
    </w:p>
    <w:p w14:paraId="5E880C58" w14:textId="77777777" w:rsidR="00F54419" w:rsidRDefault="00F54419" w:rsidP="00F54419">
      <w:pPr>
        <w:spacing w:after="0" w:line="360" w:lineRule="auto"/>
        <w:ind w:left="5103"/>
        <w:jc w:val="center"/>
      </w:pPr>
    </w:p>
    <w:p w14:paraId="1AE2E076" w14:textId="77777777" w:rsidR="00F54419" w:rsidRDefault="00F54419" w:rsidP="00F54419">
      <w:pPr>
        <w:spacing w:after="0" w:line="360" w:lineRule="auto"/>
        <w:ind w:left="5103"/>
        <w:jc w:val="center"/>
      </w:pPr>
    </w:p>
    <w:p w14:paraId="244E6835" w14:textId="77777777" w:rsidR="00F54419" w:rsidRDefault="00F54419" w:rsidP="00F54419">
      <w:pPr>
        <w:spacing w:after="0" w:line="360" w:lineRule="auto"/>
        <w:ind w:left="5103"/>
        <w:jc w:val="center"/>
        <w:rPr>
          <w:b/>
        </w:rPr>
      </w:pPr>
      <w:bookmarkStart w:id="0" w:name="_heading=h.bog7bg7puypr" w:colFirst="0" w:colLast="0"/>
      <w:bookmarkEnd w:id="0"/>
      <w:r>
        <w:rPr>
          <w:b/>
        </w:rPr>
        <w:t>Full name of PhD candidate</w:t>
      </w:r>
    </w:p>
    <w:p w14:paraId="6F0083BB" w14:textId="77777777" w:rsidR="00F54419" w:rsidRDefault="00F54419" w:rsidP="00F54419">
      <w:pPr>
        <w:spacing w:line="360" w:lineRule="auto"/>
        <w:rPr>
          <w:b/>
        </w:rPr>
      </w:pPr>
    </w:p>
    <w:p w14:paraId="01CA8BE8" w14:textId="77777777" w:rsidR="00F54419" w:rsidRDefault="00F54419" w:rsidP="00F54419">
      <w:pPr>
        <w:spacing w:line="360" w:lineRule="auto"/>
        <w:rPr>
          <w:b/>
        </w:rPr>
      </w:pPr>
    </w:p>
    <w:p w14:paraId="5265F735" w14:textId="77777777" w:rsidR="00F54419" w:rsidRDefault="00F54419" w:rsidP="00F54419">
      <w:pPr>
        <w:spacing w:line="360" w:lineRule="auto"/>
        <w:jc w:val="center"/>
        <w:rPr>
          <w:b/>
        </w:rPr>
      </w:pPr>
      <w:r>
        <w:rPr>
          <w:b/>
        </w:rPr>
        <w:t>Approval of supervisor(s)</w:t>
      </w:r>
    </w:p>
    <w:tbl>
      <w:tblPr>
        <w:tblW w:w="9291" w:type="dxa"/>
        <w:tblBorders>
          <w:top w:val="nil"/>
          <w:left w:val="nil"/>
          <w:bottom w:val="nil"/>
          <w:right w:val="nil"/>
          <w:insideH w:val="nil"/>
          <w:insideV w:val="nil"/>
        </w:tblBorders>
        <w:tblLayout w:type="fixed"/>
        <w:tblLook w:val="0400" w:firstRow="0" w:lastRow="0" w:firstColumn="0" w:lastColumn="0" w:noHBand="0" w:noVBand="1"/>
      </w:tblPr>
      <w:tblGrid>
        <w:gridCol w:w="4645"/>
        <w:gridCol w:w="4646"/>
      </w:tblGrid>
      <w:tr w:rsidR="00F54419" w14:paraId="26C7613F" w14:textId="77777777" w:rsidTr="00A456F6">
        <w:tc>
          <w:tcPr>
            <w:tcW w:w="4645" w:type="dxa"/>
          </w:tcPr>
          <w:p w14:paraId="2CC98160" w14:textId="77777777" w:rsidR="00F54419" w:rsidRDefault="00F54419" w:rsidP="00F54419">
            <w:pPr>
              <w:spacing w:after="0"/>
              <w:jc w:val="center"/>
              <w:rPr>
                <w:rFonts w:ascii="Times New Roman" w:eastAsia="Times New Roman" w:hAnsi="Times New Roman" w:cs="Times New Roman"/>
                <w:b/>
              </w:rPr>
            </w:pPr>
            <w:r>
              <w:rPr>
                <w:rFonts w:ascii="Times New Roman" w:eastAsia="Times New Roman" w:hAnsi="Times New Roman" w:cs="Times New Roman"/>
                <w:b/>
              </w:rPr>
              <w:t>Main Supervisor</w:t>
            </w:r>
          </w:p>
          <w:p w14:paraId="4975178A" w14:textId="77777777" w:rsidR="00F54419" w:rsidRDefault="00F54419" w:rsidP="00F54419">
            <w:pPr>
              <w:spacing w:after="0"/>
              <w:jc w:val="center"/>
              <w:rPr>
                <w:rFonts w:ascii="Times New Roman" w:eastAsia="Times New Roman" w:hAnsi="Times New Roman" w:cs="Times New Roman"/>
                <w:i/>
              </w:rPr>
            </w:pPr>
            <w:r>
              <w:rPr>
                <w:rFonts w:ascii="Times New Roman" w:eastAsia="Times New Roman" w:hAnsi="Times New Roman" w:cs="Times New Roman"/>
                <w:i/>
              </w:rPr>
              <w:t>(Signature)</w:t>
            </w:r>
          </w:p>
          <w:p w14:paraId="2C14F6E8" w14:textId="77777777" w:rsidR="00F54419" w:rsidRDefault="00F54419" w:rsidP="00F54419">
            <w:pPr>
              <w:spacing w:after="0"/>
              <w:jc w:val="center"/>
              <w:rPr>
                <w:rFonts w:ascii="Times New Roman" w:eastAsia="Times New Roman" w:hAnsi="Times New Roman" w:cs="Times New Roman"/>
              </w:rPr>
            </w:pPr>
          </w:p>
          <w:p w14:paraId="3B50D9BB" w14:textId="77777777" w:rsidR="00F54419" w:rsidRDefault="00F54419" w:rsidP="00F54419">
            <w:pPr>
              <w:spacing w:after="0"/>
              <w:jc w:val="center"/>
              <w:rPr>
                <w:rFonts w:ascii="Times New Roman" w:eastAsia="Times New Roman" w:hAnsi="Times New Roman" w:cs="Times New Roman"/>
              </w:rPr>
            </w:pPr>
          </w:p>
        </w:tc>
        <w:tc>
          <w:tcPr>
            <w:tcW w:w="4646" w:type="dxa"/>
          </w:tcPr>
          <w:p w14:paraId="27BD9E4C" w14:textId="77777777" w:rsidR="00F54419" w:rsidRDefault="00F54419" w:rsidP="00F54419">
            <w:pPr>
              <w:spacing w:after="0"/>
              <w:jc w:val="center"/>
              <w:rPr>
                <w:rFonts w:ascii="Times New Roman" w:eastAsia="Times New Roman" w:hAnsi="Times New Roman" w:cs="Times New Roman"/>
                <w:b/>
              </w:rPr>
            </w:pPr>
            <w:r>
              <w:rPr>
                <w:rFonts w:ascii="Times New Roman" w:eastAsia="Times New Roman" w:hAnsi="Times New Roman" w:cs="Times New Roman"/>
                <w:b/>
              </w:rPr>
              <w:t>Co-Supervisor</w:t>
            </w:r>
          </w:p>
          <w:p w14:paraId="306E8867" w14:textId="77777777" w:rsidR="00F54419" w:rsidRDefault="00F54419" w:rsidP="00F54419">
            <w:pPr>
              <w:spacing w:after="0"/>
              <w:jc w:val="center"/>
              <w:rPr>
                <w:rFonts w:ascii="Times New Roman" w:eastAsia="Times New Roman" w:hAnsi="Times New Roman" w:cs="Times New Roman"/>
                <w:i/>
              </w:rPr>
            </w:pPr>
            <w:r>
              <w:rPr>
                <w:rFonts w:ascii="Times New Roman" w:eastAsia="Times New Roman" w:hAnsi="Times New Roman" w:cs="Times New Roman"/>
                <w:i/>
              </w:rPr>
              <w:t>(Signature)</w:t>
            </w:r>
          </w:p>
          <w:p w14:paraId="1B739323" w14:textId="77777777" w:rsidR="00F54419" w:rsidRDefault="00F54419" w:rsidP="00F54419">
            <w:pPr>
              <w:spacing w:after="0"/>
              <w:jc w:val="center"/>
              <w:rPr>
                <w:rFonts w:ascii="Times New Roman" w:eastAsia="Times New Roman" w:hAnsi="Times New Roman" w:cs="Times New Roman"/>
              </w:rPr>
            </w:pPr>
          </w:p>
          <w:p w14:paraId="3BE076A3" w14:textId="77777777" w:rsidR="00F54419" w:rsidRDefault="00F54419" w:rsidP="00F54419">
            <w:pPr>
              <w:spacing w:after="0"/>
              <w:jc w:val="center"/>
              <w:rPr>
                <w:rFonts w:ascii="Times New Roman" w:eastAsia="Times New Roman" w:hAnsi="Times New Roman" w:cs="Times New Roman"/>
              </w:rPr>
            </w:pPr>
          </w:p>
          <w:p w14:paraId="2D342BA6" w14:textId="77777777" w:rsidR="00F54419" w:rsidRDefault="00F54419" w:rsidP="00F54419">
            <w:pPr>
              <w:spacing w:after="0"/>
              <w:jc w:val="center"/>
              <w:rPr>
                <w:rFonts w:ascii="Times New Roman" w:eastAsia="Times New Roman" w:hAnsi="Times New Roman" w:cs="Times New Roman"/>
              </w:rPr>
            </w:pPr>
          </w:p>
          <w:p w14:paraId="457B5061" w14:textId="77777777" w:rsidR="00F54419" w:rsidRDefault="00F54419" w:rsidP="00F54419">
            <w:pPr>
              <w:spacing w:after="0"/>
              <w:jc w:val="center"/>
              <w:rPr>
                <w:rFonts w:ascii="Times New Roman" w:eastAsia="Times New Roman" w:hAnsi="Times New Roman" w:cs="Times New Roman"/>
              </w:rPr>
            </w:pPr>
          </w:p>
        </w:tc>
      </w:tr>
      <w:tr w:rsidR="00F54419" w14:paraId="3909FACA" w14:textId="77777777" w:rsidTr="00A456F6">
        <w:tc>
          <w:tcPr>
            <w:tcW w:w="4645" w:type="dxa"/>
          </w:tcPr>
          <w:p w14:paraId="49EA76B7" w14:textId="77777777" w:rsidR="00F54419" w:rsidRDefault="00F54419" w:rsidP="00A456F6">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Full name of Main Supervisor</w:t>
            </w:r>
          </w:p>
          <w:p w14:paraId="42D93999" w14:textId="77777777" w:rsidR="00F54419" w:rsidRDefault="00F54419" w:rsidP="00A456F6">
            <w:pPr>
              <w:spacing w:line="360" w:lineRule="auto"/>
              <w:jc w:val="center"/>
              <w:rPr>
                <w:rFonts w:ascii="Times New Roman" w:eastAsia="Times New Roman" w:hAnsi="Times New Roman" w:cs="Times New Roman"/>
                <w:b/>
              </w:rPr>
            </w:pPr>
          </w:p>
        </w:tc>
        <w:tc>
          <w:tcPr>
            <w:tcW w:w="4646" w:type="dxa"/>
          </w:tcPr>
          <w:p w14:paraId="22838ABC" w14:textId="77777777" w:rsidR="00F54419" w:rsidRDefault="00F54419" w:rsidP="00A456F6">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Full name of Co-supervisor</w:t>
            </w:r>
          </w:p>
          <w:p w14:paraId="2B6E1435" w14:textId="77777777" w:rsidR="00F54419" w:rsidRDefault="00F54419" w:rsidP="00A456F6">
            <w:pPr>
              <w:spacing w:line="360" w:lineRule="auto"/>
              <w:jc w:val="center"/>
              <w:rPr>
                <w:rFonts w:ascii="Times New Roman" w:eastAsia="Times New Roman" w:hAnsi="Times New Roman" w:cs="Times New Roman"/>
                <w:b/>
              </w:rPr>
            </w:pPr>
          </w:p>
        </w:tc>
      </w:tr>
    </w:tbl>
    <w:p w14:paraId="35700E33" w14:textId="77777777" w:rsidR="00F54419" w:rsidRDefault="00F54419" w:rsidP="00A868B3">
      <w:pPr>
        <w:spacing w:after="0" w:line="336" w:lineRule="auto"/>
        <w:ind w:firstLine="567"/>
        <w:jc w:val="both"/>
        <w:rPr>
          <w:rFonts w:ascii="Times New Roman" w:hAnsi="Times New Roman" w:cs="Times New Roman"/>
          <w:sz w:val="26"/>
          <w:szCs w:val="26"/>
        </w:rPr>
      </w:pPr>
    </w:p>
    <w:p w14:paraId="012A7274" w14:textId="77777777" w:rsidR="00F54419" w:rsidRDefault="00F54419" w:rsidP="00A868B3">
      <w:pPr>
        <w:spacing w:after="0" w:line="336" w:lineRule="auto"/>
        <w:ind w:firstLine="567"/>
        <w:jc w:val="both"/>
        <w:rPr>
          <w:rFonts w:ascii="Times New Roman" w:hAnsi="Times New Roman" w:cs="Times New Roman"/>
          <w:sz w:val="26"/>
          <w:szCs w:val="26"/>
        </w:rPr>
      </w:pPr>
    </w:p>
    <w:p w14:paraId="3C850CDD" w14:textId="77777777" w:rsidR="00F54419" w:rsidRDefault="00F54419" w:rsidP="00A868B3">
      <w:pPr>
        <w:spacing w:after="0" w:line="336" w:lineRule="auto"/>
        <w:ind w:firstLine="567"/>
        <w:jc w:val="both"/>
        <w:rPr>
          <w:rFonts w:ascii="Times New Roman" w:hAnsi="Times New Roman" w:cs="Times New Roman"/>
          <w:sz w:val="26"/>
          <w:szCs w:val="26"/>
        </w:rPr>
      </w:pPr>
    </w:p>
    <w:p w14:paraId="7E015726" w14:textId="77777777" w:rsidR="00F54419" w:rsidRDefault="00F54419" w:rsidP="00A868B3">
      <w:pPr>
        <w:spacing w:after="0" w:line="336" w:lineRule="auto"/>
        <w:ind w:firstLine="567"/>
        <w:jc w:val="both"/>
        <w:rPr>
          <w:rFonts w:ascii="Times New Roman" w:hAnsi="Times New Roman" w:cs="Times New Roman"/>
          <w:sz w:val="26"/>
          <w:szCs w:val="26"/>
        </w:rPr>
      </w:pPr>
    </w:p>
    <w:p w14:paraId="0D5DEDF6" w14:textId="77777777" w:rsidR="00F54419" w:rsidRDefault="00F54419" w:rsidP="00A868B3">
      <w:pPr>
        <w:spacing w:after="0" w:line="336" w:lineRule="auto"/>
        <w:ind w:firstLine="567"/>
        <w:jc w:val="both"/>
        <w:rPr>
          <w:rFonts w:ascii="Times New Roman" w:hAnsi="Times New Roman" w:cs="Times New Roman"/>
          <w:sz w:val="26"/>
          <w:szCs w:val="26"/>
        </w:rPr>
      </w:pPr>
    </w:p>
    <w:p w14:paraId="021E2B72" w14:textId="77777777" w:rsidR="00F54419" w:rsidRDefault="00F54419" w:rsidP="00A868B3">
      <w:pPr>
        <w:spacing w:after="0" w:line="336" w:lineRule="auto"/>
        <w:ind w:firstLine="567"/>
        <w:jc w:val="both"/>
        <w:rPr>
          <w:rFonts w:ascii="Times New Roman" w:hAnsi="Times New Roman" w:cs="Times New Roman"/>
          <w:sz w:val="26"/>
          <w:szCs w:val="26"/>
        </w:rPr>
      </w:pPr>
    </w:p>
    <w:p w14:paraId="64BACC07" w14:textId="77777777" w:rsidR="00F54419" w:rsidRDefault="00F54419" w:rsidP="00A868B3">
      <w:pPr>
        <w:spacing w:after="0" w:line="336" w:lineRule="auto"/>
        <w:ind w:firstLine="567"/>
        <w:jc w:val="both"/>
        <w:rPr>
          <w:rFonts w:ascii="Times New Roman" w:hAnsi="Times New Roman" w:cs="Times New Roman"/>
          <w:sz w:val="26"/>
          <w:szCs w:val="26"/>
        </w:rPr>
      </w:pPr>
    </w:p>
    <w:p w14:paraId="3491E441" w14:textId="77777777" w:rsidR="00F54419" w:rsidRDefault="00F54419" w:rsidP="00A868B3">
      <w:pPr>
        <w:spacing w:after="0" w:line="336" w:lineRule="auto"/>
        <w:ind w:firstLine="567"/>
        <w:jc w:val="both"/>
        <w:rPr>
          <w:rFonts w:ascii="Times New Roman" w:hAnsi="Times New Roman" w:cs="Times New Roman"/>
          <w:sz w:val="26"/>
          <w:szCs w:val="26"/>
        </w:rPr>
      </w:pPr>
    </w:p>
    <w:p w14:paraId="63D99B9B" w14:textId="77777777" w:rsidR="00F54419" w:rsidRDefault="00F54419" w:rsidP="00A868B3">
      <w:pPr>
        <w:spacing w:after="0" w:line="336" w:lineRule="auto"/>
        <w:ind w:firstLine="567"/>
        <w:jc w:val="both"/>
        <w:rPr>
          <w:rFonts w:ascii="Times New Roman" w:hAnsi="Times New Roman" w:cs="Times New Roman"/>
          <w:sz w:val="26"/>
          <w:szCs w:val="26"/>
        </w:rPr>
      </w:pPr>
    </w:p>
    <w:p w14:paraId="7F050244" w14:textId="12E321D2" w:rsidR="00F54419" w:rsidRDefault="00F54419" w:rsidP="00F54419">
      <w:pPr>
        <w:spacing w:after="0" w:line="336" w:lineRule="auto"/>
        <w:ind w:firstLine="567"/>
        <w:jc w:val="center"/>
        <w:rPr>
          <w:rFonts w:ascii="Times New Roman" w:eastAsia="Times New Roman" w:hAnsi="Times New Roman" w:cs="Times New Roman"/>
          <w:b/>
          <w:bCs/>
          <w:kern w:val="36"/>
          <w:sz w:val="26"/>
          <w:szCs w:val="26"/>
        </w:rPr>
      </w:pPr>
      <w:r w:rsidRPr="00F54419">
        <w:rPr>
          <w:rFonts w:ascii="Times New Roman" w:hAnsi="Times New Roman" w:cs="Times New Roman"/>
          <w:noProof/>
          <w:sz w:val="26"/>
          <w:szCs w:val="26"/>
        </w:rPr>
        <mc:AlternateContent>
          <mc:Choice Requires="wps">
            <w:drawing>
              <wp:anchor distT="45720" distB="45720" distL="114300" distR="114300" simplePos="0" relativeHeight="251659264" behindDoc="0" locked="0" layoutInCell="1" allowOverlap="1" wp14:anchorId="2F1EA65F" wp14:editId="7A65C9E0">
                <wp:simplePos x="0" y="0"/>
                <wp:positionH relativeFrom="column">
                  <wp:posOffset>192405</wp:posOffset>
                </wp:positionH>
                <wp:positionV relativeFrom="paragraph">
                  <wp:posOffset>277495</wp:posOffset>
                </wp:positionV>
                <wp:extent cx="5821680" cy="8953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8953500"/>
                        </a:xfrm>
                        <a:prstGeom prst="rect">
                          <a:avLst/>
                        </a:prstGeom>
                        <a:solidFill>
                          <a:srgbClr val="FFFFFF"/>
                        </a:solidFill>
                        <a:ln w="9525">
                          <a:solidFill>
                            <a:srgbClr val="000000"/>
                          </a:solidFill>
                          <a:miter lim="800000"/>
                          <a:headEnd/>
                          <a:tailEnd/>
                        </a:ln>
                      </wps:spPr>
                      <wps:txbx>
                        <w:txbxContent>
                          <w:p w14:paraId="675405A5"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THAI NGUYEN UNIVERSITY</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b/>
                                <w:bCs/>
                                <w:sz w:val="24"/>
                                <w:szCs w:val="24"/>
                              </w:rPr>
                              <w:t>UNIVERSITY OF SCIENCES</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14)</w:t>
                            </w:r>
                          </w:p>
                          <w:p w14:paraId="1D697CD6" w14:textId="77777777" w:rsid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1A2F7670" w14:textId="77777777" w:rsid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7C97E0A1"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72E6D4D0" w14:textId="77777777" w:rsid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2DB0F228"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1C7F1CCF"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538104BE"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RESEARCH PROPOSAL</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b/>
                                <w:bCs/>
                                <w:sz w:val="24"/>
                                <w:szCs w:val="24"/>
                              </w:rPr>
                              <w:t>DOCTORAL ADMISSION APPLICATION – YEAR …..</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14)</w:t>
                            </w:r>
                          </w:p>
                          <w:p w14:paraId="179FDB2C"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6AA7DAE8"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4485F1C3"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6198ACDD"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RESEARCH TOPIC TITLE</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16)</w:t>
                            </w:r>
                          </w:p>
                          <w:p w14:paraId="392C911F"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7DC82F3F"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FULL NAME OF APPLICANT</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16)</w:t>
                            </w:r>
                          </w:p>
                          <w:p w14:paraId="58D1321D" w14:textId="7FE6133A" w:rsidR="00F54419" w:rsidRDefault="00F54419" w:rsidP="00F54419">
                            <w:pPr>
                              <w:jc w:val="center"/>
                            </w:pPr>
                          </w:p>
                          <w:p w14:paraId="3497B8A1" w14:textId="77777777" w:rsidR="00F54419" w:rsidRDefault="00F54419" w:rsidP="00F54419">
                            <w:pPr>
                              <w:jc w:val="center"/>
                            </w:pPr>
                          </w:p>
                          <w:p w14:paraId="071ADA8A" w14:textId="77777777" w:rsidR="00F54419" w:rsidRDefault="00F54419" w:rsidP="00F54419">
                            <w:pPr>
                              <w:jc w:val="center"/>
                            </w:pPr>
                          </w:p>
                          <w:p w14:paraId="1D0F042E" w14:textId="77777777" w:rsidR="00F54419" w:rsidRDefault="00F54419" w:rsidP="00F54419">
                            <w:pPr>
                              <w:jc w:val="center"/>
                            </w:pPr>
                          </w:p>
                          <w:p w14:paraId="5AEA2ADC" w14:textId="77777777" w:rsidR="00F54419" w:rsidRDefault="00F54419" w:rsidP="00F54419">
                            <w:pPr>
                              <w:jc w:val="center"/>
                            </w:pPr>
                          </w:p>
                          <w:p w14:paraId="198D6CD4" w14:textId="77777777" w:rsidR="00F54419" w:rsidRDefault="00F54419" w:rsidP="00F54419">
                            <w:pPr>
                              <w:spacing w:before="100" w:beforeAutospacing="1" w:after="100" w:afterAutospacing="1"/>
                              <w:jc w:val="center"/>
                            </w:pPr>
                          </w:p>
                          <w:p w14:paraId="254C845D" w14:textId="77777777" w:rsidR="00F54419" w:rsidRDefault="00F54419" w:rsidP="00F54419">
                            <w:pPr>
                              <w:spacing w:before="100" w:beforeAutospacing="1" w:after="100" w:afterAutospacing="1"/>
                              <w:jc w:val="center"/>
                            </w:pPr>
                          </w:p>
                          <w:p w14:paraId="207F6088" w14:textId="6194D216" w:rsidR="00F54419" w:rsidRPr="00514F76" w:rsidRDefault="00F54419" w:rsidP="00F54419">
                            <w:pPr>
                              <w:spacing w:before="100" w:beforeAutospacing="1" w:after="100" w:afterAutospacing="1"/>
                              <w:jc w:val="center"/>
                              <w:rPr>
                                <w:rFonts w:ascii="Times New Roman" w:eastAsia="Times New Roman" w:hAnsi="Times New Roman" w:cs="Times New Roman"/>
                              </w:rPr>
                            </w:pPr>
                            <w:r w:rsidRPr="00514F76">
                              <w:rPr>
                                <w:rFonts w:ascii="Times New Roman" w:eastAsia="Times New Roman" w:hAnsi="Times New Roman" w:cs="Times New Roman"/>
                                <w:b/>
                                <w:bCs/>
                              </w:rPr>
                              <w:t>Thai Nguyen, Year …..</w:t>
                            </w:r>
                            <w:r w:rsidRPr="00514F76">
                              <w:rPr>
                                <w:rFonts w:ascii="Times New Roman" w:eastAsia="Times New Roman" w:hAnsi="Times New Roman" w:cs="Times New Roman"/>
                              </w:rPr>
                              <w:br/>
                            </w:r>
                            <w:r w:rsidRPr="00514F76">
                              <w:rPr>
                                <w:rFonts w:ascii="Times New Roman" w:eastAsia="Times New Roman" w:hAnsi="Times New Roman" w:cs="Times New Roman"/>
                                <w:i/>
                                <w:iCs/>
                              </w:rPr>
                              <w:t>(Times New Roman, font size 14)</w:t>
                            </w:r>
                          </w:p>
                          <w:p w14:paraId="47303C20" w14:textId="77777777" w:rsidR="00F54419" w:rsidRDefault="00F544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EA65F" id="_x0000_t202" coordsize="21600,21600" o:spt="202" path="m,l,21600r21600,l21600,xe">
                <v:stroke joinstyle="miter"/>
                <v:path gradientshapeok="t" o:connecttype="rect"/>
              </v:shapetype>
              <v:shape id="Text Box 2" o:spid="_x0000_s1026" type="#_x0000_t202" style="position:absolute;left:0;text-align:left;margin-left:15.15pt;margin-top:21.85pt;width:458.4pt;height: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">
                <v:textbox>
                  <w:txbxContent>
                    <w:p w14:paraId="675405A5"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THAI NGUYEN UNIVERSITY</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b/>
                          <w:bCs/>
                          <w:sz w:val="24"/>
                          <w:szCs w:val="24"/>
                        </w:rPr>
                        <w:t>UNIVERSITY OF SCIENCES</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14)</w:t>
                      </w:r>
                    </w:p>
                    <w:p w14:paraId="1D697CD6" w14:textId="77777777" w:rsid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1A2F7670" w14:textId="77777777" w:rsid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7C97E0A1"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72E6D4D0" w14:textId="77777777" w:rsid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2DB0F228"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1C7F1CCF"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538104BE"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RESEARCH PROPOSAL</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b/>
                          <w:bCs/>
                          <w:sz w:val="24"/>
                          <w:szCs w:val="24"/>
                        </w:rPr>
                        <w:t>DOCTORAL ADMISSION APPLICATION – YEAR …..</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14)</w:t>
                      </w:r>
                    </w:p>
                    <w:p w14:paraId="179FDB2C"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6AA7DAE8"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4485F1C3"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6198ACDD"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RESEARCH TOPIC TITLE</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16)</w:t>
                      </w:r>
                    </w:p>
                    <w:p w14:paraId="392C911F"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p>
                    <w:p w14:paraId="7DC82F3F" w14:textId="77777777" w:rsidR="00F54419" w:rsidRPr="00F54419" w:rsidRDefault="00F54419" w:rsidP="00F54419">
                      <w:pPr>
                        <w:spacing w:before="100" w:beforeAutospacing="1" w:after="100" w:afterAutospacing="1" w:line="240" w:lineRule="auto"/>
                        <w:jc w:val="center"/>
                        <w:rPr>
                          <w:rFonts w:ascii="Times New Roman" w:eastAsia="Times New Roman" w:hAnsi="Times New Roman" w:cs="Times New Roman"/>
                          <w:sz w:val="24"/>
                          <w:szCs w:val="24"/>
                        </w:rPr>
                      </w:pPr>
                      <w:r w:rsidRPr="00F54419">
                        <w:rPr>
                          <w:rFonts w:ascii="Times New Roman" w:eastAsia="Times New Roman" w:hAnsi="Times New Roman" w:cs="Times New Roman"/>
                          <w:b/>
                          <w:bCs/>
                          <w:sz w:val="24"/>
                          <w:szCs w:val="24"/>
                        </w:rPr>
                        <w:t>FULL NAME OF APPLICANT</w:t>
                      </w:r>
                      <w:r w:rsidRPr="00F54419">
                        <w:rPr>
                          <w:rFonts w:ascii="Times New Roman" w:eastAsia="Times New Roman" w:hAnsi="Times New Roman" w:cs="Times New Roman"/>
                          <w:sz w:val="24"/>
                          <w:szCs w:val="24"/>
                        </w:rPr>
                        <w:br/>
                      </w:r>
                      <w:r w:rsidRPr="00F54419">
                        <w:rPr>
                          <w:rFonts w:ascii="Times New Roman" w:eastAsia="Times New Roman" w:hAnsi="Times New Roman" w:cs="Times New Roman"/>
                          <w:i/>
                          <w:iCs/>
                          <w:sz w:val="24"/>
                          <w:szCs w:val="24"/>
                        </w:rPr>
                        <w:t>(Uppercase, Times New Roman, font size 16)</w:t>
                      </w:r>
                    </w:p>
                    <w:p w14:paraId="58D1321D" w14:textId="7FE6133A" w:rsidR="00F54419" w:rsidRDefault="00F54419" w:rsidP="00F54419">
                      <w:pPr>
                        <w:jc w:val="center"/>
                      </w:pPr>
                    </w:p>
                    <w:p w14:paraId="3497B8A1" w14:textId="77777777" w:rsidR="00F54419" w:rsidRDefault="00F54419" w:rsidP="00F54419">
                      <w:pPr>
                        <w:jc w:val="center"/>
                      </w:pPr>
                    </w:p>
                    <w:p w14:paraId="071ADA8A" w14:textId="77777777" w:rsidR="00F54419" w:rsidRDefault="00F54419" w:rsidP="00F54419">
                      <w:pPr>
                        <w:jc w:val="center"/>
                      </w:pPr>
                    </w:p>
                    <w:p w14:paraId="1D0F042E" w14:textId="77777777" w:rsidR="00F54419" w:rsidRDefault="00F54419" w:rsidP="00F54419">
                      <w:pPr>
                        <w:jc w:val="center"/>
                      </w:pPr>
                    </w:p>
                    <w:p w14:paraId="5AEA2ADC" w14:textId="77777777" w:rsidR="00F54419" w:rsidRDefault="00F54419" w:rsidP="00F54419">
                      <w:pPr>
                        <w:jc w:val="center"/>
                      </w:pPr>
                    </w:p>
                    <w:p w14:paraId="198D6CD4" w14:textId="77777777" w:rsidR="00F54419" w:rsidRDefault="00F54419" w:rsidP="00F54419">
                      <w:pPr>
                        <w:spacing w:before="100" w:beforeAutospacing="1" w:after="100" w:afterAutospacing="1"/>
                        <w:jc w:val="center"/>
                      </w:pPr>
                    </w:p>
                    <w:p w14:paraId="254C845D" w14:textId="77777777" w:rsidR="00F54419" w:rsidRDefault="00F54419" w:rsidP="00F54419">
                      <w:pPr>
                        <w:spacing w:before="100" w:beforeAutospacing="1" w:after="100" w:afterAutospacing="1"/>
                        <w:jc w:val="center"/>
                      </w:pPr>
                    </w:p>
                    <w:p w14:paraId="207F6088" w14:textId="6194D216" w:rsidR="00F54419" w:rsidRPr="00514F76" w:rsidRDefault="00F54419" w:rsidP="00F54419">
                      <w:pPr>
                        <w:spacing w:before="100" w:beforeAutospacing="1" w:after="100" w:afterAutospacing="1"/>
                        <w:jc w:val="center"/>
                        <w:rPr>
                          <w:rFonts w:ascii="Times New Roman" w:eastAsia="Times New Roman" w:hAnsi="Times New Roman" w:cs="Times New Roman"/>
                        </w:rPr>
                      </w:pPr>
                      <w:r w:rsidRPr="00514F76">
                        <w:rPr>
                          <w:rFonts w:ascii="Times New Roman" w:eastAsia="Times New Roman" w:hAnsi="Times New Roman" w:cs="Times New Roman"/>
                          <w:b/>
                          <w:bCs/>
                        </w:rPr>
                        <w:t>Thai Nguyen, Year …..</w:t>
                      </w:r>
                      <w:r w:rsidRPr="00514F76">
                        <w:rPr>
                          <w:rFonts w:ascii="Times New Roman" w:eastAsia="Times New Roman" w:hAnsi="Times New Roman" w:cs="Times New Roman"/>
                        </w:rPr>
                        <w:br/>
                      </w:r>
                      <w:r w:rsidRPr="00514F76">
                        <w:rPr>
                          <w:rFonts w:ascii="Times New Roman" w:eastAsia="Times New Roman" w:hAnsi="Times New Roman" w:cs="Times New Roman"/>
                          <w:i/>
                          <w:iCs/>
                        </w:rPr>
                        <w:t>(Times New Roman, font size 14)</w:t>
                      </w:r>
                    </w:p>
                    <w:p w14:paraId="47303C20" w14:textId="77777777" w:rsidR="00F54419" w:rsidRDefault="00F54419"/>
                  </w:txbxContent>
                </v:textbox>
                <w10:wrap type="square"/>
              </v:shape>
            </w:pict>
          </mc:Fallback>
        </mc:AlternateContent>
      </w:r>
      <w:r w:rsidRPr="00514F76">
        <w:rPr>
          <w:rFonts w:ascii="Times New Roman" w:eastAsia="Times New Roman" w:hAnsi="Times New Roman" w:cs="Times New Roman"/>
          <w:b/>
          <w:bCs/>
          <w:kern w:val="36"/>
          <w:sz w:val="26"/>
          <w:szCs w:val="26"/>
        </w:rPr>
        <w:t>APPENDIX 1. RESEARCH PROPOSAL COVER PAGE TEMPLATE</w:t>
      </w:r>
    </w:p>
    <w:p w14:paraId="69C57488" w14:textId="26A46EA4" w:rsidR="00F54419" w:rsidRPr="008B4EB2" w:rsidRDefault="008B4EB2" w:rsidP="008B4EB2">
      <w:pPr>
        <w:spacing w:after="0" w:line="336" w:lineRule="auto"/>
        <w:ind w:firstLine="567"/>
        <w:jc w:val="both"/>
        <w:rPr>
          <w:rFonts w:ascii="Times New Roman Bold" w:eastAsia="Times New Roman" w:hAnsi="Times New Roman Bold" w:cs="Times New Roman"/>
          <w:b/>
          <w:bCs/>
          <w:spacing w:val="-8"/>
          <w:kern w:val="36"/>
          <w:sz w:val="26"/>
          <w:szCs w:val="26"/>
        </w:rPr>
      </w:pPr>
      <w:r w:rsidRPr="00514F76">
        <w:rPr>
          <w:rFonts w:ascii="Times New Roman Bold" w:eastAsia="Times New Roman" w:hAnsi="Times New Roman Bold" w:cs="Times New Roman"/>
          <w:b/>
          <w:bCs/>
          <w:spacing w:val="-8"/>
          <w:kern w:val="36"/>
          <w:sz w:val="26"/>
          <w:szCs w:val="26"/>
        </w:rPr>
        <w:t>APPENDIX 2. SUB-COVER PAGE</w:t>
      </w:r>
      <w:r w:rsidRPr="00514F76">
        <w:rPr>
          <w:rFonts w:ascii="Times New Roman Bold" w:eastAsia="Times New Roman" w:hAnsi="Times New Roman Bold" w:cs="Times New Roman"/>
          <w:b/>
          <w:bCs/>
          <w:spacing w:val="-8"/>
          <w:kern w:val="36"/>
          <w:sz w:val="48"/>
          <w:szCs w:val="48"/>
        </w:rPr>
        <w:t xml:space="preserve"> </w:t>
      </w:r>
      <w:r w:rsidRPr="00514F76">
        <w:rPr>
          <w:rFonts w:ascii="Times New Roman Bold" w:eastAsia="Times New Roman" w:hAnsi="Times New Roman Bold" w:cs="Times New Roman"/>
          <w:b/>
          <w:bCs/>
          <w:spacing w:val="-8"/>
          <w:kern w:val="36"/>
          <w:sz w:val="26"/>
          <w:szCs w:val="26"/>
        </w:rPr>
        <w:t>TEMPLATE FOR RESEARC</w:t>
      </w:r>
      <w:r w:rsidRPr="008B4EB2">
        <w:rPr>
          <w:rFonts w:ascii="Times New Roman Bold" w:eastAsia="Times New Roman" w:hAnsi="Times New Roman Bold" w:cs="Times New Roman"/>
          <w:b/>
          <w:bCs/>
          <w:spacing w:val="-8"/>
          <w:kern w:val="36"/>
          <w:sz w:val="26"/>
          <w:szCs w:val="26"/>
        </w:rPr>
        <w:t xml:space="preserve">H </w:t>
      </w:r>
      <w:r w:rsidRPr="00514F76">
        <w:rPr>
          <w:rFonts w:ascii="Times New Roman Bold" w:eastAsia="Times New Roman" w:hAnsi="Times New Roman Bold" w:cs="Times New Roman"/>
          <w:b/>
          <w:bCs/>
          <w:spacing w:val="-8"/>
          <w:kern w:val="36"/>
          <w:sz w:val="26"/>
          <w:szCs w:val="26"/>
        </w:rPr>
        <w:t>PROPOSAL</w:t>
      </w:r>
      <w:r w:rsidRPr="008B4EB2">
        <w:rPr>
          <w:rFonts w:ascii="Times New Roman Bold" w:hAnsi="Times New Roman Bold" w:cs="Times New Roman"/>
          <w:noProof/>
          <w:spacing w:val="-8"/>
          <w:sz w:val="26"/>
          <w:szCs w:val="26"/>
        </w:rPr>
        <w:t xml:space="preserve"> </w:t>
      </w:r>
    </w:p>
    <w:p w14:paraId="521CE4FE" w14:textId="0D355256" w:rsidR="00F54419" w:rsidRPr="008B4EB2" w:rsidRDefault="00F16BE5" w:rsidP="00A868B3">
      <w:pPr>
        <w:spacing w:after="0" w:line="336" w:lineRule="auto"/>
        <w:ind w:firstLine="567"/>
        <w:jc w:val="both"/>
        <w:rPr>
          <w:rFonts w:ascii="Times New Roman" w:hAnsi="Times New Roman" w:cs="Times New Roman"/>
          <w:sz w:val="18"/>
          <w:szCs w:val="18"/>
        </w:rPr>
      </w:pPr>
      <w:r w:rsidRPr="008B4EB2">
        <w:rPr>
          <w:rFonts w:ascii="Times New Roman Bold" w:hAnsi="Times New Roman Bold" w:cs="Times New Roman"/>
          <w:noProof/>
          <w:spacing w:val="-8"/>
          <w:sz w:val="26"/>
          <w:szCs w:val="26"/>
        </w:rPr>
        <mc:AlternateContent>
          <mc:Choice Requires="wps">
            <w:drawing>
              <wp:anchor distT="45720" distB="45720" distL="114300" distR="114300" simplePos="0" relativeHeight="251661312" behindDoc="0" locked="0" layoutInCell="1" allowOverlap="1" wp14:anchorId="64F3375D" wp14:editId="0B382058">
                <wp:simplePos x="0" y="0"/>
                <wp:positionH relativeFrom="column">
                  <wp:posOffset>78105</wp:posOffset>
                </wp:positionH>
                <wp:positionV relativeFrom="paragraph">
                  <wp:posOffset>259080</wp:posOffset>
                </wp:positionV>
                <wp:extent cx="5821680" cy="8702040"/>
                <wp:effectExtent l="0" t="0" r="26670" b="22860"/>
                <wp:wrapSquare wrapText="bothSides"/>
                <wp:docPr id="210094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8702040"/>
                        </a:xfrm>
                        <a:prstGeom prst="rect">
                          <a:avLst/>
                        </a:prstGeom>
                        <a:solidFill>
                          <a:srgbClr val="FFFFFF"/>
                        </a:solidFill>
                        <a:ln w="9525">
                          <a:solidFill>
                            <a:srgbClr val="000000"/>
                          </a:solidFill>
                          <a:miter lim="800000"/>
                          <a:headEnd/>
                          <a:tailEnd/>
                        </a:ln>
                      </wps:spPr>
                      <wps:txbx>
                        <w:txbxContent>
                          <w:p w14:paraId="345E51D9"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THAI NGUYEN UNIVERSITY</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UNIVERSITY OF SCIENCES</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2176C53B" w14:textId="77777777" w:rsid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12F893A5" w14:textId="77777777" w:rsid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1624E054"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RESEARCH PROPOSAL</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DOCTORAL ADMISSION APPLICATION – YEAR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1FBEA486"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5E765949"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7D4C1EC1"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RESEARCH TOPIC TITLE</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16)</w:t>
                            </w:r>
                          </w:p>
                          <w:p w14:paraId="6C44DF20"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2930C922"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4FA0F697"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MAJOR:</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CODE:</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6D20E581"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22118039"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FULL NAME OF APPLICANT</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1470D603"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47CEF99F"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6A4B1C01"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SCIENTIFIC SUPERVISORS:</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1.</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2.</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5E7E4AFF"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375FA6C4" w14:textId="77777777" w:rsid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2C444BD1" w14:textId="77777777" w:rsidR="00F16BE5" w:rsidRPr="008B4EB2" w:rsidRDefault="00F16BE5" w:rsidP="008B4EB2">
                            <w:pPr>
                              <w:spacing w:before="100" w:beforeAutospacing="1" w:after="100" w:afterAutospacing="1" w:line="240" w:lineRule="auto"/>
                              <w:jc w:val="center"/>
                              <w:rPr>
                                <w:rFonts w:ascii="Times New Roman" w:eastAsia="Times New Roman" w:hAnsi="Times New Roman" w:cs="Times New Roman"/>
                                <w:sz w:val="24"/>
                                <w:szCs w:val="24"/>
                              </w:rPr>
                            </w:pPr>
                          </w:p>
                          <w:p w14:paraId="6B8D7BF3"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Thai Nguyen, Year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(Times New Roman, font size 14)</w:t>
                            </w:r>
                          </w:p>
                          <w:p w14:paraId="4452D601" w14:textId="77777777" w:rsidR="008B4EB2" w:rsidRDefault="008B4EB2" w:rsidP="008B4EB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3375D" id="_x0000_s1027" type="#_x0000_t202" style="position:absolute;left:0;text-align:left;margin-left:6.15pt;margin-top:20.4pt;width:458.4pt;height:68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">
                <v:textbox>
                  <w:txbxContent>
                    <w:p w14:paraId="345E51D9"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THAI NGUYEN UNIVERSITY</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UNIVERSITY OF SCIENCES</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2176C53B" w14:textId="77777777" w:rsid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12F893A5" w14:textId="77777777" w:rsid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1624E054"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RESEARCH PROPOSAL</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DOCTORAL ADMISSION APPLICATION – YEAR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1FBEA486"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5E765949"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7D4C1EC1"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RESEARCH TOPIC TITLE</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16)</w:t>
                      </w:r>
                    </w:p>
                    <w:p w14:paraId="6C44DF20"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2930C922"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4FA0F697"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MAJOR:</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CODE:</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6D20E581"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22118039"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FULL NAME OF APPLICANT</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1470D603"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47CEF99F"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6A4B1C01"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SCIENTIFIC SUPERVISORS:</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1.</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b/>
                          <w:bCs/>
                          <w:sz w:val="24"/>
                          <w:szCs w:val="24"/>
                        </w:rPr>
                        <w:t>2.</w:t>
                      </w:r>
                      <w:r w:rsidRPr="008B4EB2">
                        <w:rPr>
                          <w:rFonts w:ascii="Times New Roman" w:eastAsia="Times New Roman" w:hAnsi="Times New Roman" w:cs="Times New Roman"/>
                          <w:sz w:val="24"/>
                          <w:szCs w:val="24"/>
                        </w:rPr>
                        <w:t xml:space="preserve">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(Uppercase, Times New Roman, font size 14)</w:t>
                      </w:r>
                    </w:p>
                    <w:p w14:paraId="5E7E4AFF"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375FA6C4" w14:textId="77777777" w:rsid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p>
                    <w:p w14:paraId="2C444BD1" w14:textId="77777777" w:rsidR="00F16BE5" w:rsidRPr="008B4EB2" w:rsidRDefault="00F16BE5" w:rsidP="008B4EB2">
                      <w:pPr>
                        <w:spacing w:before="100" w:beforeAutospacing="1" w:after="100" w:afterAutospacing="1" w:line="240" w:lineRule="auto"/>
                        <w:jc w:val="center"/>
                        <w:rPr>
                          <w:rFonts w:ascii="Times New Roman" w:eastAsia="Times New Roman" w:hAnsi="Times New Roman" w:cs="Times New Roman"/>
                          <w:sz w:val="24"/>
                          <w:szCs w:val="24"/>
                        </w:rPr>
                      </w:pPr>
                    </w:p>
                    <w:p w14:paraId="6B8D7BF3" w14:textId="77777777" w:rsidR="008B4EB2" w:rsidRPr="008B4EB2" w:rsidRDefault="008B4EB2" w:rsidP="008B4EB2">
                      <w:pPr>
                        <w:spacing w:before="100" w:beforeAutospacing="1" w:after="100" w:afterAutospacing="1" w:line="240" w:lineRule="auto"/>
                        <w:jc w:val="center"/>
                        <w:rPr>
                          <w:rFonts w:ascii="Times New Roman" w:eastAsia="Times New Roman" w:hAnsi="Times New Roman" w:cs="Times New Roman"/>
                          <w:sz w:val="24"/>
                          <w:szCs w:val="24"/>
                        </w:rPr>
                      </w:pPr>
                      <w:r w:rsidRPr="008B4EB2">
                        <w:rPr>
                          <w:rFonts w:ascii="Times New Roman" w:eastAsia="Times New Roman" w:hAnsi="Times New Roman" w:cs="Times New Roman"/>
                          <w:b/>
                          <w:bCs/>
                          <w:sz w:val="24"/>
                          <w:szCs w:val="24"/>
                        </w:rPr>
                        <w:t>Thai Nguyen, Year …..</w:t>
                      </w:r>
                      <w:r w:rsidRPr="008B4EB2">
                        <w:rPr>
                          <w:rFonts w:ascii="Times New Roman" w:eastAsia="Times New Roman" w:hAnsi="Times New Roman" w:cs="Times New Roman"/>
                          <w:sz w:val="24"/>
                          <w:szCs w:val="24"/>
                        </w:rPr>
                        <w:br/>
                      </w:r>
                      <w:r w:rsidRPr="008B4EB2">
                        <w:rPr>
                          <w:rFonts w:ascii="Times New Roman" w:eastAsia="Times New Roman" w:hAnsi="Times New Roman" w:cs="Times New Roman"/>
                          <w:i/>
                          <w:iCs/>
                          <w:sz w:val="24"/>
                          <w:szCs w:val="24"/>
                        </w:rPr>
                        <w:t>(Times New Roman, font size 14)</w:t>
                      </w:r>
                    </w:p>
                    <w:p w14:paraId="4452D601" w14:textId="77777777" w:rsidR="008B4EB2" w:rsidRDefault="008B4EB2" w:rsidP="008B4EB2">
                      <w:pPr>
                        <w:jc w:val="center"/>
                      </w:pPr>
                    </w:p>
                  </w:txbxContent>
                </v:textbox>
                <w10:wrap type="square"/>
              </v:shape>
            </w:pict>
          </mc:Fallback>
        </mc:AlternateContent>
      </w:r>
    </w:p>
    <w:p w14:paraId="76F2E45B" w14:textId="49DD3936" w:rsid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A</w:t>
      </w:r>
      <w:r w:rsidR="00B20304">
        <w:rPr>
          <w:rFonts w:ascii="Times New Roman" w:hAnsi="Times New Roman" w:cs="Times New Roman"/>
          <w:b/>
          <w:bCs/>
          <w:sz w:val="26"/>
          <w:szCs w:val="26"/>
        </w:rPr>
        <w:t>PPENDIX</w:t>
      </w:r>
      <w:r w:rsidRPr="00F37557">
        <w:rPr>
          <w:rFonts w:ascii="Times New Roman" w:hAnsi="Times New Roman" w:cs="Times New Roman"/>
          <w:b/>
          <w:bCs/>
          <w:sz w:val="26"/>
          <w:szCs w:val="26"/>
        </w:rPr>
        <w:t xml:space="preserve"> 3. Research Proposal Template (PhD Admission)</w:t>
      </w:r>
    </w:p>
    <w:p w14:paraId="6BF61C8C" w14:textId="38631A3F" w:rsidR="00322444" w:rsidRPr="00F37557" w:rsidRDefault="004722D9" w:rsidP="00F37557">
      <w:pPr>
        <w:spacing w:after="0" w:line="288"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p>
    <w:p w14:paraId="5F2F7B15"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1. Research Problem Statement and Training Institution</w:t>
      </w:r>
    </w:p>
    <w:p w14:paraId="3B91B091"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(Explain the rationale for selecting the topic, its urgency, novelty, scientific and practical significance, and relevance to the training institution.)</w:t>
      </w:r>
      <w:r w:rsidRPr="00F37557">
        <w:rPr>
          <w:rFonts w:ascii="Times New Roman" w:hAnsi="Times New Roman" w:cs="Times New Roman"/>
          <w:sz w:val="26"/>
          <w:szCs w:val="26"/>
        </w:rPr>
        <w:br/>
        <w:t>………………………………………………………………………………………………………………………………………………………………………………………………………..</w:t>
      </w:r>
    </w:p>
    <w:p w14:paraId="5F2F7FA5" w14:textId="77777777" w:rsidR="00F37557" w:rsidRPr="00F37557" w:rsidRDefault="00000000" w:rsidP="00F37557">
      <w:pPr>
        <w:spacing w:after="0" w:line="288" w:lineRule="auto"/>
        <w:jc w:val="both"/>
        <w:rPr>
          <w:rFonts w:ascii="Times New Roman" w:hAnsi="Times New Roman" w:cs="Times New Roman"/>
          <w:sz w:val="26"/>
          <w:szCs w:val="26"/>
        </w:rPr>
      </w:pPr>
      <w:r>
        <w:rPr>
          <w:rFonts w:ascii="Times New Roman" w:hAnsi="Times New Roman" w:cs="Times New Roman"/>
          <w:sz w:val="26"/>
          <w:szCs w:val="26"/>
        </w:rPr>
        <w:pict w14:anchorId="1DDB1BC2">
          <v:rect id="_x0000_i1025" style="width:0;height:1.5pt" o:hralign="center" o:hrstd="t" o:hr="t" fillcolor="#a0a0a0" stroked="f"/>
        </w:pict>
      </w:r>
    </w:p>
    <w:p w14:paraId="3C40B608"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2. Overview of Domestic and International Research Status</w:t>
      </w:r>
    </w:p>
    <w:p w14:paraId="199429A0"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(The applicant should summarize previous domestic and international studies related to the proposed research topic, critically analyze their findings, identify limitations or research gaps, and thereby highlight the necessity and feasibility of the proposed topic. The applicant should also clearly state their own perspectives and proposed approaches.)</w:t>
      </w:r>
      <w:r w:rsidRPr="00F37557">
        <w:rPr>
          <w:rFonts w:ascii="Times New Roman" w:hAnsi="Times New Roman" w:cs="Times New Roman"/>
          <w:sz w:val="26"/>
          <w:szCs w:val="26"/>
        </w:rPr>
        <w:br/>
        <w:t>………………………………………………………………………………………………………………………………………………………………………………………………………..</w:t>
      </w:r>
    </w:p>
    <w:p w14:paraId="640D94FF" w14:textId="77777777" w:rsidR="00F37557" w:rsidRPr="00F37557" w:rsidRDefault="00000000" w:rsidP="00F37557">
      <w:pPr>
        <w:spacing w:after="0" w:line="288" w:lineRule="auto"/>
        <w:jc w:val="both"/>
        <w:rPr>
          <w:rFonts w:ascii="Times New Roman" w:hAnsi="Times New Roman" w:cs="Times New Roman"/>
          <w:sz w:val="26"/>
          <w:szCs w:val="26"/>
        </w:rPr>
      </w:pPr>
      <w:r>
        <w:rPr>
          <w:rFonts w:ascii="Times New Roman" w:hAnsi="Times New Roman" w:cs="Times New Roman"/>
          <w:sz w:val="26"/>
          <w:szCs w:val="26"/>
        </w:rPr>
        <w:pict w14:anchorId="79C4A86E">
          <v:rect id="_x0000_i1026" style="width:0;height:1.5pt" o:hralign="center" o:hrstd="t" o:hr="t" fillcolor="#a0a0a0" stroked="f"/>
        </w:pict>
      </w:r>
    </w:p>
    <w:p w14:paraId="7819EB7A"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3. Objectives, Research Contents, Subjects, and Methodology</w:t>
      </w:r>
    </w:p>
    <w:p w14:paraId="156B964B"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3.1. Research Objectives</w:t>
      </w:r>
    </w:p>
    <w:p w14:paraId="5B716F2C"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(The objectives should be based on the proposed research title and previous achievements in the field, aiming to address unresolved issues.)</w:t>
      </w:r>
      <w:r w:rsidRPr="00F37557">
        <w:rPr>
          <w:rFonts w:ascii="Times New Roman" w:hAnsi="Times New Roman" w:cs="Times New Roman"/>
          <w:sz w:val="26"/>
          <w:szCs w:val="26"/>
        </w:rPr>
        <w:br/>
        <w:t>………………………………………………………………………………………………………………………………………………………………………………………………………..</w:t>
      </w:r>
    </w:p>
    <w:p w14:paraId="29C2C01B"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3.2. Research Contents</w:t>
      </w:r>
    </w:p>
    <w:p w14:paraId="2F508C79"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(The research contents must align with the objectives and collectively address all proposed goals.)</w:t>
      </w:r>
      <w:r w:rsidRPr="00F37557">
        <w:rPr>
          <w:rFonts w:ascii="Times New Roman" w:hAnsi="Times New Roman" w:cs="Times New Roman"/>
          <w:sz w:val="26"/>
          <w:szCs w:val="26"/>
        </w:rPr>
        <w:br/>
        <w:t>………………………………………………………………………………………………………………………………………………………………………………………………………..</w:t>
      </w:r>
    </w:p>
    <w:p w14:paraId="4029CE6E"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3.3. Research Subjects</w:t>
      </w:r>
    </w:p>
    <w:p w14:paraId="1EE12EF3"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(The research subjects should clearly define the objects of study, including scope and limitations. The limitations may also be presented in Section 9.)</w:t>
      </w:r>
      <w:r w:rsidRPr="00F37557">
        <w:rPr>
          <w:rFonts w:ascii="Times New Roman" w:hAnsi="Times New Roman" w:cs="Times New Roman"/>
          <w:sz w:val="26"/>
          <w:szCs w:val="26"/>
        </w:rPr>
        <w:br/>
        <w:t>………………………………………………………………………………………………………………………………………………………………………………………………………..</w:t>
      </w:r>
    </w:p>
    <w:p w14:paraId="3FD2E3B7"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3.4. Research Methodology</w:t>
      </w:r>
    </w:p>
    <w:p w14:paraId="1876A93E"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w:t>
      </w:r>
    </w:p>
    <w:p w14:paraId="1B47671F" w14:textId="77777777" w:rsidR="00F37557" w:rsidRPr="00F37557" w:rsidRDefault="00000000" w:rsidP="00F37557">
      <w:pPr>
        <w:spacing w:after="0" w:line="288" w:lineRule="auto"/>
        <w:jc w:val="both"/>
        <w:rPr>
          <w:rFonts w:ascii="Times New Roman" w:hAnsi="Times New Roman" w:cs="Times New Roman"/>
          <w:sz w:val="26"/>
          <w:szCs w:val="26"/>
        </w:rPr>
      </w:pPr>
      <w:r>
        <w:rPr>
          <w:rFonts w:ascii="Times New Roman" w:hAnsi="Times New Roman" w:cs="Times New Roman"/>
          <w:sz w:val="26"/>
          <w:szCs w:val="26"/>
        </w:rPr>
        <w:pict w14:anchorId="087E84B1">
          <v:rect id="_x0000_i1027" style="width:0;height:1.5pt" o:hralign="center" o:hrstd="t" o:hr="t" fillcolor="#a0a0a0" stroked="f"/>
        </w:pict>
      </w:r>
    </w:p>
    <w:p w14:paraId="1D4BE190"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4. Expected Outcomes</w:t>
      </w:r>
    </w:p>
    <w:p w14:paraId="031907DD"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(Expected academic results, practical applications, publications, etc.)</w:t>
      </w:r>
      <w:r w:rsidRPr="00F37557">
        <w:rPr>
          <w:rFonts w:ascii="Times New Roman" w:hAnsi="Times New Roman" w:cs="Times New Roman"/>
          <w:sz w:val="26"/>
          <w:szCs w:val="26"/>
        </w:rPr>
        <w:br/>
        <w:t>………………………………………………………………………………………………………………………………………………………………………………………………………..</w:t>
      </w:r>
    </w:p>
    <w:p w14:paraId="724F65C0" w14:textId="77777777" w:rsidR="00F37557" w:rsidRPr="00F37557" w:rsidRDefault="00000000" w:rsidP="00F37557">
      <w:pPr>
        <w:spacing w:after="0" w:line="288" w:lineRule="auto"/>
        <w:jc w:val="both"/>
        <w:rPr>
          <w:rFonts w:ascii="Times New Roman" w:hAnsi="Times New Roman" w:cs="Times New Roman"/>
          <w:sz w:val="26"/>
          <w:szCs w:val="26"/>
        </w:rPr>
      </w:pPr>
      <w:r>
        <w:rPr>
          <w:rFonts w:ascii="Times New Roman" w:hAnsi="Times New Roman" w:cs="Times New Roman"/>
          <w:sz w:val="26"/>
          <w:szCs w:val="26"/>
        </w:rPr>
        <w:pict w14:anchorId="78B5302C">
          <v:rect id="_x0000_i1028" style="width:0;height:1.5pt" o:hralign="center" o:hrstd="t" o:hr="t" fillcolor="#a0a0a0" stroked="f"/>
        </w:pict>
      </w:r>
    </w:p>
    <w:p w14:paraId="6AFF66FE"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5. Scientific and Practical Significance</w:t>
      </w:r>
    </w:p>
    <w:p w14:paraId="631F12EF"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(Describe the anticipated scientific contributions and practical applications of the proposed research.)</w:t>
      </w:r>
      <w:r w:rsidRPr="00F37557">
        <w:rPr>
          <w:rFonts w:ascii="Times New Roman" w:hAnsi="Times New Roman" w:cs="Times New Roman"/>
          <w:sz w:val="26"/>
          <w:szCs w:val="26"/>
        </w:rPr>
        <w:br/>
        <w:t>………………………………………………………………………………………………………………………………………………………………………………………………………..</w:t>
      </w:r>
    </w:p>
    <w:p w14:paraId="3A2653FC" w14:textId="77777777" w:rsidR="00F37557" w:rsidRPr="00F37557" w:rsidRDefault="00000000" w:rsidP="00F37557">
      <w:pPr>
        <w:spacing w:after="0" w:line="288" w:lineRule="auto"/>
        <w:jc w:val="both"/>
        <w:rPr>
          <w:rFonts w:ascii="Times New Roman" w:hAnsi="Times New Roman" w:cs="Times New Roman"/>
          <w:sz w:val="26"/>
          <w:szCs w:val="26"/>
        </w:rPr>
      </w:pPr>
      <w:r>
        <w:rPr>
          <w:rFonts w:ascii="Times New Roman" w:hAnsi="Times New Roman" w:cs="Times New Roman"/>
          <w:sz w:val="26"/>
          <w:szCs w:val="26"/>
        </w:rPr>
        <w:pict w14:anchorId="5A05F8D3">
          <v:rect id="_x0000_i1029" style="width:0;height:1.5pt" o:hralign="center" o:hrstd="t" o:hr="t" fillcolor="#a0a0a0" stroked="f"/>
        </w:pict>
      </w:r>
    </w:p>
    <w:p w14:paraId="6B70B95E"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6. Previous Related Research/Work Conducted by the Applicant</w:t>
      </w:r>
    </w:p>
    <w:p w14:paraId="5E844EA5"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w:t>
      </w:r>
    </w:p>
    <w:p w14:paraId="14CA07C1" w14:textId="77777777" w:rsidR="00F37557" w:rsidRPr="00F37557" w:rsidRDefault="00000000" w:rsidP="00F37557">
      <w:pPr>
        <w:spacing w:after="0" w:line="288" w:lineRule="auto"/>
        <w:jc w:val="both"/>
        <w:rPr>
          <w:rFonts w:ascii="Times New Roman" w:hAnsi="Times New Roman" w:cs="Times New Roman"/>
          <w:sz w:val="26"/>
          <w:szCs w:val="26"/>
        </w:rPr>
      </w:pPr>
      <w:r>
        <w:rPr>
          <w:rFonts w:ascii="Times New Roman" w:hAnsi="Times New Roman" w:cs="Times New Roman"/>
          <w:sz w:val="26"/>
          <w:szCs w:val="26"/>
        </w:rPr>
        <w:pict w14:anchorId="3227A5C6">
          <v:rect id="_x0000_i1030" style="width:0;height:1.5pt" o:hralign="center" o:hrstd="t" o:hr="t" fillcolor="#a0a0a0" stroked="f"/>
        </w:pict>
      </w:r>
    </w:p>
    <w:p w14:paraId="25983B9A"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7. Full-course Study and Research Plan</w:t>
      </w:r>
    </w:p>
    <w:p w14:paraId="5C33372B" w14:textId="77777777" w:rsid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(Include plans for supplementary courses if required, specialized courses, and dissertation implementation schedule.)</w:t>
      </w:r>
    </w:p>
    <w:tbl>
      <w:tblPr>
        <w:tblStyle w:val="TableGrid"/>
        <w:tblW w:w="0" w:type="auto"/>
        <w:tblLook w:val="04A0" w:firstRow="1" w:lastRow="0" w:firstColumn="1" w:lastColumn="0" w:noHBand="0" w:noVBand="1"/>
      </w:tblPr>
      <w:tblGrid>
        <w:gridCol w:w="2308"/>
        <w:gridCol w:w="2308"/>
        <w:gridCol w:w="2308"/>
        <w:gridCol w:w="2308"/>
      </w:tblGrid>
      <w:tr w:rsidR="00FD14D6" w14:paraId="7D8BA43C" w14:textId="77777777" w:rsidTr="00A94FD2">
        <w:tc>
          <w:tcPr>
            <w:tcW w:w="2308" w:type="dxa"/>
            <w:vAlign w:val="center"/>
          </w:tcPr>
          <w:p w14:paraId="4F6920EB" w14:textId="6E4A94A7"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Academic Year</w:t>
            </w:r>
          </w:p>
        </w:tc>
        <w:tc>
          <w:tcPr>
            <w:tcW w:w="2308" w:type="dxa"/>
            <w:vAlign w:val="center"/>
          </w:tcPr>
          <w:p w14:paraId="0F20C9CA" w14:textId="3E35BB49"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Study and Research Activities</w:t>
            </w:r>
          </w:p>
        </w:tc>
        <w:tc>
          <w:tcPr>
            <w:tcW w:w="2308" w:type="dxa"/>
            <w:vAlign w:val="center"/>
          </w:tcPr>
          <w:p w14:paraId="77EA0BDE" w14:textId="2E5EB9A9"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Registered Study/Research Workload</w:t>
            </w:r>
          </w:p>
        </w:tc>
        <w:tc>
          <w:tcPr>
            <w:tcW w:w="2308" w:type="dxa"/>
            <w:vAlign w:val="center"/>
          </w:tcPr>
          <w:p w14:paraId="68D63A68" w14:textId="03054F95"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Expected Outcomes</w:t>
            </w:r>
          </w:p>
        </w:tc>
      </w:tr>
      <w:tr w:rsidR="00FD14D6" w14:paraId="1A98E1DF" w14:textId="77777777" w:rsidTr="00D751BD">
        <w:tc>
          <w:tcPr>
            <w:tcW w:w="2308" w:type="dxa"/>
            <w:vAlign w:val="center"/>
          </w:tcPr>
          <w:p w14:paraId="712886AF" w14:textId="799ECF15"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Year 1</w:t>
            </w:r>
          </w:p>
        </w:tc>
        <w:tc>
          <w:tcPr>
            <w:tcW w:w="2308" w:type="dxa"/>
            <w:vAlign w:val="center"/>
          </w:tcPr>
          <w:p w14:paraId="3AC3CF33" w14:textId="5C7B444D"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Supplementary specialized courses (if required)</w:t>
            </w:r>
          </w:p>
        </w:tc>
        <w:tc>
          <w:tcPr>
            <w:tcW w:w="2308" w:type="dxa"/>
            <w:vAlign w:val="center"/>
          </w:tcPr>
          <w:p w14:paraId="04F0B976" w14:textId="7FF8188F"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10–12 credits</w:t>
            </w:r>
          </w:p>
        </w:tc>
        <w:tc>
          <w:tcPr>
            <w:tcW w:w="2308" w:type="dxa"/>
            <w:vAlign w:val="center"/>
          </w:tcPr>
          <w:p w14:paraId="2207A6DB" w14:textId="6BD316F0"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Completion certificates</w:t>
            </w:r>
          </w:p>
        </w:tc>
      </w:tr>
      <w:tr w:rsidR="00FD14D6" w14:paraId="5E50F992" w14:textId="77777777" w:rsidTr="00D751BD">
        <w:tc>
          <w:tcPr>
            <w:tcW w:w="2308" w:type="dxa"/>
            <w:vAlign w:val="center"/>
          </w:tcPr>
          <w:p w14:paraId="761DF855" w14:textId="77777777" w:rsidR="00FD14D6" w:rsidRDefault="00FD14D6" w:rsidP="00FD14D6">
            <w:pPr>
              <w:spacing w:line="288" w:lineRule="auto"/>
              <w:jc w:val="both"/>
              <w:rPr>
                <w:rFonts w:ascii="Times New Roman" w:hAnsi="Times New Roman" w:cs="Times New Roman"/>
                <w:sz w:val="26"/>
                <w:szCs w:val="26"/>
              </w:rPr>
            </w:pPr>
          </w:p>
        </w:tc>
        <w:tc>
          <w:tcPr>
            <w:tcW w:w="2308" w:type="dxa"/>
            <w:vAlign w:val="center"/>
          </w:tcPr>
          <w:p w14:paraId="76CCCA4A" w14:textId="1C23F218"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Research methodology courses</w:t>
            </w:r>
          </w:p>
        </w:tc>
        <w:tc>
          <w:tcPr>
            <w:tcW w:w="2308" w:type="dxa"/>
            <w:vAlign w:val="center"/>
          </w:tcPr>
          <w:p w14:paraId="29796B00" w14:textId="2A0B54C4"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4–6 credits</w:t>
            </w:r>
          </w:p>
        </w:tc>
        <w:tc>
          <w:tcPr>
            <w:tcW w:w="2308" w:type="dxa"/>
            <w:vAlign w:val="center"/>
          </w:tcPr>
          <w:p w14:paraId="320AAB0E" w14:textId="0FBFB913"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Completion certificates</w:t>
            </w:r>
          </w:p>
        </w:tc>
      </w:tr>
      <w:tr w:rsidR="00FD14D6" w14:paraId="29D6A8D3" w14:textId="77777777" w:rsidTr="00D751BD">
        <w:tc>
          <w:tcPr>
            <w:tcW w:w="2308" w:type="dxa"/>
            <w:vAlign w:val="center"/>
          </w:tcPr>
          <w:p w14:paraId="63834CCC" w14:textId="492BC786"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Year 2</w:t>
            </w:r>
          </w:p>
        </w:tc>
        <w:tc>
          <w:tcPr>
            <w:tcW w:w="2308" w:type="dxa"/>
            <w:vAlign w:val="center"/>
          </w:tcPr>
          <w:p w14:paraId="3F262A7E" w14:textId="2F922D4F"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Implement Part 1 of the dissertation</w:t>
            </w:r>
          </w:p>
        </w:tc>
        <w:tc>
          <w:tcPr>
            <w:tcW w:w="2308" w:type="dxa"/>
            <w:vAlign w:val="center"/>
          </w:tcPr>
          <w:p w14:paraId="3638EB55" w14:textId="15E0EA12"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Up to 24 credits</w:t>
            </w:r>
          </w:p>
        </w:tc>
        <w:tc>
          <w:tcPr>
            <w:tcW w:w="2308" w:type="dxa"/>
            <w:vAlign w:val="center"/>
          </w:tcPr>
          <w:p w14:paraId="40A8E143" w14:textId="70807B1E"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Literature review chapter, methodology chapter</w:t>
            </w:r>
          </w:p>
        </w:tc>
      </w:tr>
      <w:tr w:rsidR="00FD14D6" w14:paraId="4B6F9D0C" w14:textId="77777777" w:rsidTr="00D751BD">
        <w:tc>
          <w:tcPr>
            <w:tcW w:w="2308" w:type="dxa"/>
            <w:vAlign w:val="center"/>
          </w:tcPr>
          <w:p w14:paraId="2B176631" w14:textId="0C003226"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Year 3</w:t>
            </w:r>
          </w:p>
        </w:tc>
        <w:tc>
          <w:tcPr>
            <w:tcW w:w="2308" w:type="dxa"/>
            <w:vAlign w:val="center"/>
          </w:tcPr>
          <w:p w14:paraId="3BB840D7" w14:textId="7E90A634"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Implement Part 2 of the dissertation</w:t>
            </w:r>
          </w:p>
        </w:tc>
        <w:tc>
          <w:tcPr>
            <w:tcW w:w="2308" w:type="dxa"/>
            <w:vAlign w:val="center"/>
          </w:tcPr>
          <w:p w14:paraId="269C462F" w14:textId="0E452742"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Up to 30 credits</w:t>
            </w:r>
          </w:p>
        </w:tc>
        <w:tc>
          <w:tcPr>
            <w:tcW w:w="2308" w:type="dxa"/>
            <w:vAlign w:val="center"/>
          </w:tcPr>
          <w:p w14:paraId="543D36E4" w14:textId="0DFFC6F4" w:rsidR="00FD14D6"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Dissertation progress, publications</w:t>
            </w:r>
          </w:p>
        </w:tc>
      </w:tr>
      <w:tr w:rsidR="00FD14D6" w14:paraId="538DB43F" w14:textId="77777777" w:rsidTr="00D751BD">
        <w:tc>
          <w:tcPr>
            <w:tcW w:w="2308" w:type="dxa"/>
            <w:vAlign w:val="center"/>
          </w:tcPr>
          <w:p w14:paraId="3CBFD8C8" w14:textId="7E48B385" w:rsidR="00FD14D6" w:rsidRPr="00F37557"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Year 4</w:t>
            </w:r>
          </w:p>
        </w:tc>
        <w:tc>
          <w:tcPr>
            <w:tcW w:w="2308" w:type="dxa"/>
            <w:vAlign w:val="center"/>
          </w:tcPr>
          <w:p w14:paraId="26EC4EFE" w14:textId="461BDEF7" w:rsidR="00FD14D6" w:rsidRPr="00F37557"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Implement Part 3 of the dissertation</w:t>
            </w:r>
          </w:p>
        </w:tc>
        <w:tc>
          <w:tcPr>
            <w:tcW w:w="2308" w:type="dxa"/>
            <w:vAlign w:val="center"/>
          </w:tcPr>
          <w:p w14:paraId="529F340C" w14:textId="36458811" w:rsidR="00FD14D6" w:rsidRPr="00F37557"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Remaining credits of the 4-year program</w:t>
            </w:r>
          </w:p>
        </w:tc>
        <w:tc>
          <w:tcPr>
            <w:tcW w:w="2308" w:type="dxa"/>
            <w:vAlign w:val="center"/>
          </w:tcPr>
          <w:p w14:paraId="409C9F07" w14:textId="2481C1F4" w:rsidR="00FD14D6" w:rsidRPr="00F37557" w:rsidRDefault="00FD14D6" w:rsidP="00FD14D6">
            <w:pPr>
              <w:spacing w:line="288" w:lineRule="auto"/>
              <w:jc w:val="both"/>
              <w:rPr>
                <w:rFonts w:ascii="Times New Roman" w:hAnsi="Times New Roman" w:cs="Times New Roman"/>
                <w:sz w:val="26"/>
                <w:szCs w:val="26"/>
              </w:rPr>
            </w:pPr>
            <w:r w:rsidRPr="00F37557">
              <w:rPr>
                <w:rFonts w:ascii="Times New Roman" w:hAnsi="Times New Roman" w:cs="Times New Roman"/>
                <w:sz w:val="26"/>
                <w:szCs w:val="26"/>
              </w:rPr>
              <w:t>Completed dissertation, publications</w:t>
            </w:r>
          </w:p>
        </w:tc>
      </w:tr>
    </w:tbl>
    <w:p w14:paraId="3F8B210F" w14:textId="77777777" w:rsidR="00B20304" w:rsidRPr="007C016B" w:rsidRDefault="00B20304" w:rsidP="00F37557">
      <w:pPr>
        <w:spacing w:after="0" w:line="288" w:lineRule="auto"/>
        <w:jc w:val="both"/>
        <w:rPr>
          <w:rFonts w:ascii="Times New Roman" w:hAnsi="Times New Roman" w:cs="Times New Roman"/>
          <w:sz w:val="14"/>
          <w:szCs w:val="14"/>
        </w:rPr>
      </w:pPr>
    </w:p>
    <w:p w14:paraId="219FFD77"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Note:</w:t>
      </w:r>
      <w:r w:rsidRPr="00F37557">
        <w:rPr>
          <w:rFonts w:ascii="Times New Roman" w:hAnsi="Times New Roman" w:cs="Times New Roman"/>
          <w:sz w:val="26"/>
          <w:szCs w:val="26"/>
        </w:rPr>
        <w:t xml:space="preserve"> Italicized content is illustrative only. The actual study and research plan should be developed according to the doctoral training program of the specific discipline.</w:t>
      </w:r>
    </w:p>
    <w:p w14:paraId="48AD1232"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8. Proposed Scientific Career Plan After Graduation</w:t>
      </w:r>
    </w:p>
    <w:p w14:paraId="329FEB98" w14:textId="0E2E48B3"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w:t>
      </w:r>
    </w:p>
    <w:p w14:paraId="662BAEA9"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9. Proposed Supervisors</w:t>
      </w:r>
    </w:p>
    <w:p w14:paraId="34D88793"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Assoc. Prof. Dr. Nguyen Van A – Principal Supervisor</w:t>
      </w:r>
    </w:p>
    <w:p w14:paraId="71D5E7BE" w14:textId="77777777" w:rsidR="00F37557" w:rsidRPr="00F37557" w:rsidRDefault="00F37557" w:rsidP="00F37557">
      <w:pPr>
        <w:numPr>
          <w:ilvl w:val="0"/>
          <w:numId w:val="10"/>
        </w:num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 xml:space="preserve">Discipline (specialization): ………………… </w:t>
      </w:r>
    </w:p>
    <w:p w14:paraId="36285FF5" w14:textId="77777777" w:rsidR="00F37557" w:rsidRPr="00F37557" w:rsidRDefault="00F37557" w:rsidP="00F37557">
      <w:pPr>
        <w:numPr>
          <w:ilvl w:val="0"/>
          <w:numId w:val="10"/>
        </w:num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 xml:space="preserve">Workplace: …………………………………… </w:t>
      </w:r>
    </w:p>
    <w:p w14:paraId="45F5FE43"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b/>
          <w:bCs/>
          <w:sz w:val="26"/>
          <w:szCs w:val="26"/>
        </w:rPr>
        <w:t>Prof. Dr. Nguyen Thi B – Co-supervisor</w:t>
      </w:r>
    </w:p>
    <w:p w14:paraId="09283C64" w14:textId="77777777" w:rsidR="00F37557" w:rsidRPr="00F37557" w:rsidRDefault="00F37557" w:rsidP="00F37557">
      <w:pPr>
        <w:numPr>
          <w:ilvl w:val="0"/>
          <w:numId w:val="11"/>
        </w:num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 xml:space="preserve">Discipline (specialization): ………………… </w:t>
      </w:r>
    </w:p>
    <w:p w14:paraId="67A178F4" w14:textId="77777777" w:rsidR="00F37557" w:rsidRPr="00F37557" w:rsidRDefault="00F37557" w:rsidP="00F37557">
      <w:pPr>
        <w:numPr>
          <w:ilvl w:val="0"/>
          <w:numId w:val="11"/>
        </w:num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 xml:space="preserve">Workplace: …………………………………… </w:t>
      </w:r>
    </w:p>
    <w:p w14:paraId="72441FC5" w14:textId="77777777" w:rsidR="00F37557" w:rsidRPr="00F37557" w:rsidRDefault="00F37557" w:rsidP="00F37557">
      <w:pPr>
        <w:spacing w:after="0" w:line="288" w:lineRule="auto"/>
        <w:jc w:val="both"/>
        <w:rPr>
          <w:rFonts w:ascii="Times New Roman" w:hAnsi="Times New Roman" w:cs="Times New Roman"/>
          <w:b/>
          <w:bCs/>
          <w:sz w:val="26"/>
          <w:szCs w:val="26"/>
        </w:rPr>
      </w:pPr>
      <w:r w:rsidRPr="00F37557">
        <w:rPr>
          <w:rFonts w:ascii="Times New Roman" w:hAnsi="Times New Roman" w:cs="Times New Roman"/>
          <w:b/>
          <w:bCs/>
          <w:sz w:val="26"/>
          <w:szCs w:val="26"/>
        </w:rPr>
        <w:t>10. References</w:t>
      </w:r>
    </w:p>
    <w:p w14:paraId="3A83AEEB" w14:textId="77777777"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(References should be listed in order of appearance in the proposal, numbered consecutively from [1] onward, and formatted consistently.)</w:t>
      </w:r>
    </w:p>
    <w:p w14:paraId="68DA4C01" w14:textId="079EA4CB" w:rsidR="00F37557" w:rsidRPr="00F37557" w:rsidRDefault="00F37557" w:rsidP="00F37557">
      <w:pPr>
        <w:spacing w:after="0" w:line="288" w:lineRule="auto"/>
        <w:jc w:val="both"/>
        <w:rPr>
          <w:rFonts w:ascii="Times New Roman" w:hAnsi="Times New Roman" w:cs="Times New Roman"/>
          <w:sz w:val="26"/>
          <w:szCs w:val="26"/>
        </w:rPr>
      </w:pPr>
      <w:r w:rsidRPr="00F37557">
        <w:rPr>
          <w:rFonts w:ascii="Times New Roman" w:hAnsi="Times New Roman" w:cs="Times New Roman"/>
          <w:sz w:val="26"/>
          <w:szCs w:val="26"/>
        </w:rPr>
        <w:t>[1]…………………………</w:t>
      </w:r>
      <w:r w:rsidRPr="00F37557">
        <w:rPr>
          <w:rFonts w:ascii="Times New Roman" w:hAnsi="Times New Roman" w:cs="Times New Roman"/>
          <w:sz w:val="26"/>
          <w:szCs w:val="26"/>
        </w:rPr>
        <w:br/>
        <w:t>[2]…………………………</w:t>
      </w:r>
      <w:r w:rsidRPr="00F37557">
        <w:rPr>
          <w:rFonts w:ascii="Times New Roman" w:hAnsi="Times New Roman" w:cs="Times New Roman"/>
          <w:sz w:val="26"/>
          <w:szCs w:val="26"/>
        </w:rPr>
        <w:br/>
        <w:t>[3] …………………………</w:t>
      </w:r>
    </w:p>
    <w:p w14:paraId="6C111D92" w14:textId="77777777" w:rsidR="003971B4" w:rsidRPr="00405F94" w:rsidRDefault="003971B4" w:rsidP="00405F94">
      <w:pPr>
        <w:spacing w:after="0" w:line="288" w:lineRule="auto"/>
        <w:jc w:val="both"/>
        <w:rPr>
          <w:rFonts w:ascii="Times New Roman" w:hAnsi="Times New Roman" w:cs="Times New Roman"/>
          <w:sz w:val="26"/>
          <w:szCs w:val="26"/>
        </w:rPr>
      </w:pPr>
    </w:p>
    <w:sectPr w:rsidR="003971B4" w:rsidRPr="00405F94" w:rsidSect="00405F94">
      <w:pgSz w:w="11907" w:h="16840" w:code="9"/>
      <w:pgMar w:top="1134" w:right="96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B5C6" w14:textId="77777777" w:rsidR="00BD7A68" w:rsidRDefault="00BD7A68" w:rsidP="00EE236C">
      <w:pPr>
        <w:spacing w:after="0" w:line="240" w:lineRule="auto"/>
      </w:pPr>
      <w:r>
        <w:separator/>
      </w:r>
    </w:p>
  </w:endnote>
  <w:endnote w:type="continuationSeparator" w:id="0">
    <w:p w14:paraId="543A7CB4" w14:textId="77777777" w:rsidR="00BD7A68" w:rsidRDefault="00BD7A68" w:rsidP="00EE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FDDF0" w14:textId="77777777" w:rsidR="00BD7A68" w:rsidRDefault="00BD7A68" w:rsidP="00EE236C">
      <w:pPr>
        <w:spacing w:after="0" w:line="240" w:lineRule="auto"/>
      </w:pPr>
      <w:r>
        <w:separator/>
      </w:r>
    </w:p>
  </w:footnote>
  <w:footnote w:type="continuationSeparator" w:id="0">
    <w:p w14:paraId="2D637BC8" w14:textId="77777777" w:rsidR="00BD7A68" w:rsidRDefault="00BD7A68" w:rsidP="00EE2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B2D4948"/>
    <w:multiLevelType w:val="multilevel"/>
    <w:tmpl w:val="17AA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43491"/>
    <w:multiLevelType w:val="multilevel"/>
    <w:tmpl w:val="C1BA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4544356">
    <w:abstractNumId w:val="8"/>
  </w:num>
  <w:num w:numId="2" w16cid:durableId="1752923472">
    <w:abstractNumId w:val="6"/>
  </w:num>
  <w:num w:numId="3" w16cid:durableId="2028365182">
    <w:abstractNumId w:val="5"/>
  </w:num>
  <w:num w:numId="4" w16cid:durableId="77672895">
    <w:abstractNumId w:val="4"/>
  </w:num>
  <w:num w:numId="5" w16cid:durableId="2080446515">
    <w:abstractNumId w:val="7"/>
  </w:num>
  <w:num w:numId="6" w16cid:durableId="937642527">
    <w:abstractNumId w:val="3"/>
  </w:num>
  <w:num w:numId="7" w16cid:durableId="1728411572">
    <w:abstractNumId w:val="2"/>
  </w:num>
  <w:num w:numId="8" w16cid:durableId="777532207">
    <w:abstractNumId w:val="1"/>
  </w:num>
  <w:num w:numId="9" w16cid:durableId="1460338757">
    <w:abstractNumId w:val="0"/>
  </w:num>
  <w:num w:numId="10" w16cid:durableId="1171674202">
    <w:abstractNumId w:val="10"/>
  </w:num>
  <w:num w:numId="11" w16cid:durableId="4359458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6200"/>
    <w:rsid w:val="0015074B"/>
    <w:rsid w:val="001556D3"/>
    <w:rsid w:val="0029639D"/>
    <w:rsid w:val="00322444"/>
    <w:rsid w:val="00326F90"/>
    <w:rsid w:val="003971B4"/>
    <w:rsid w:val="00405F94"/>
    <w:rsid w:val="004722D9"/>
    <w:rsid w:val="0073296A"/>
    <w:rsid w:val="007C016B"/>
    <w:rsid w:val="007F0679"/>
    <w:rsid w:val="008302CE"/>
    <w:rsid w:val="00863E79"/>
    <w:rsid w:val="008B4EB2"/>
    <w:rsid w:val="009C0A04"/>
    <w:rsid w:val="009C3078"/>
    <w:rsid w:val="00A868B3"/>
    <w:rsid w:val="00AA1D8D"/>
    <w:rsid w:val="00AC3C90"/>
    <w:rsid w:val="00B20304"/>
    <w:rsid w:val="00B47730"/>
    <w:rsid w:val="00B557D7"/>
    <w:rsid w:val="00BD7A68"/>
    <w:rsid w:val="00BD7CB5"/>
    <w:rsid w:val="00CB0664"/>
    <w:rsid w:val="00CB78CD"/>
    <w:rsid w:val="00CC64AC"/>
    <w:rsid w:val="00E63473"/>
    <w:rsid w:val="00EE236C"/>
    <w:rsid w:val="00F16BE5"/>
    <w:rsid w:val="00F37557"/>
    <w:rsid w:val="00F54419"/>
    <w:rsid w:val="00FC693F"/>
    <w:rsid w:val="00FD14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8CF49A"/>
  <w14:defaultImageDpi w14:val="300"/>
  <w15:docId w15:val="{E5E19645-34EC-4E00-A350-8744E2D8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DAC4B-C5DE-475D-8240-66F271763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22</cp:revision>
  <dcterms:created xsi:type="dcterms:W3CDTF">2026-05-07T08:09:00Z</dcterms:created>
  <dcterms:modified xsi:type="dcterms:W3CDTF">2026-06-02T08:34:00Z</dcterms:modified>
  <cp:category/>
</cp:coreProperties>
</file>